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BD840" w14:textId="77777777" w:rsidR="00F541C3" w:rsidRPr="00C4063B" w:rsidRDefault="00F541C3">
      <w:pPr>
        <w:spacing w:after="20"/>
        <w:jc w:val="center"/>
        <w:rPr>
          <w:rFonts w:cs="Times New Roman"/>
          <w:b/>
          <w:sz w:val="22"/>
        </w:rPr>
      </w:pPr>
      <w:r w:rsidRPr="00C4063B">
        <w:rPr>
          <w:rFonts w:eastAsia="Batang" w:cs="Times New Roman"/>
          <w:noProof/>
          <w:color w:val="808080"/>
          <w:sz w:val="22"/>
        </w:rPr>
        <w:drawing>
          <wp:inline distT="0" distB="0" distL="0" distR="0" wp14:anchorId="61FE1A7C" wp14:editId="6C4AE647">
            <wp:extent cx="739140" cy="510540"/>
            <wp:effectExtent l="0" t="0" r="3810" b="3810"/>
            <wp:docPr id="1" name="Picture 1" descr="GC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CI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3D22A" w14:textId="77777777" w:rsidR="008563ED" w:rsidRPr="00C4063B" w:rsidRDefault="00DE0A77">
      <w:pPr>
        <w:spacing w:after="20"/>
        <w:jc w:val="center"/>
        <w:rPr>
          <w:rFonts w:cs="Times New Roman"/>
          <w:sz w:val="22"/>
        </w:rPr>
      </w:pPr>
      <w:r w:rsidRPr="00C4063B">
        <w:rPr>
          <w:rFonts w:cs="Times New Roman"/>
          <w:b/>
          <w:sz w:val="22"/>
        </w:rPr>
        <w:t>EMS DODATAK</w:t>
      </w:r>
    </w:p>
    <w:p w14:paraId="72A25099" w14:textId="77777777" w:rsidR="008563ED" w:rsidRPr="00C4063B" w:rsidRDefault="00DE0A77">
      <w:pPr>
        <w:spacing w:after="80"/>
        <w:jc w:val="center"/>
        <w:rPr>
          <w:rFonts w:cs="Times New Roman"/>
          <w:sz w:val="22"/>
        </w:rPr>
      </w:pPr>
      <w:r w:rsidRPr="00C4063B">
        <w:rPr>
          <w:rFonts w:cs="Times New Roman"/>
          <w:i/>
          <w:sz w:val="22"/>
        </w:rPr>
        <w:t>EMS dodatak Opštem upitniku služi za sagledavanje specifičnosti sistema menadžmenta životnom sredinom prema ISO 14001:2015.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691"/>
      </w:tblGrid>
      <w:tr w:rsidR="008563ED" w:rsidRPr="00C4063B" w14:paraId="796F4C6E" w14:textId="77777777" w:rsidTr="00003F00">
        <w:tc>
          <w:tcPr>
            <w:tcW w:w="3235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57FAF863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Naziv organizacije</w:t>
            </w:r>
          </w:p>
        </w:tc>
        <w:tc>
          <w:tcPr>
            <w:tcW w:w="7691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5217E314" w14:textId="77777777" w:rsidR="008563ED" w:rsidRPr="00C4063B" w:rsidRDefault="008563ED">
            <w:pPr>
              <w:rPr>
                <w:rFonts w:cs="Times New Roman"/>
                <w:sz w:val="22"/>
              </w:rPr>
            </w:pPr>
          </w:p>
        </w:tc>
      </w:tr>
      <w:tr w:rsidR="008563ED" w:rsidRPr="00C4063B" w14:paraId="54976A10" w14:textId="77777777" w:rsidTr="00003F00">
        <w:tc>
          <w:tcPr>
            <w:tcW w:w="3235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3DD413D1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Lokacija (adresa, grad, država)</w:t>
            </w:r>
          </w:p>
        </w:tc>
        <w:tc>
          <w:tcPr>
            <w:tcW w:w="7691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0C091C82" w14:textId="77777777" w:rsidR="008563ED" w:rsidRPr="00C4063B" w:rsidRDefault="008563ED">
            <w:pPr>
              <w:rPr>
                <w:rFonts w:cs="Times New Roman"/>
                <w:sz w:val="22"/>
              </w:rPr>
            </w:pPr>
          </w:p>
        </w:tc>
      </w:tr>
      <w:tr w:rsidR="008563ED" w:rsidRPr="00C4063B" w14:paraId="1276DAB0" w14:textId="77777777" w:rsidTr="00003F00">
        <w:tc>
          <w:tcPr>
            <w:tcW w:w="3235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4FCCC28D" w14:textId="77777777" w:rsidR="008563ED" w:rsidRPr="00C4063B" w:rsidRDefault="00003F00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Kontakt osoba – ime i prezime i</w:t>
            </w:r>
            <w:r w:rsidR="00DE0A77" w:rsidRPr="00C4063B">
              <w:rPr>
                <w:rFonts w:cs="Times New Roman"/>
                <w:sz w:val="22"/>
              </w:rPr>
              <w:t xml:space="preserve"> funkcija</w:t>
            </w:r>
          </w:p>
        </w:tc>
        <w:tc>
          <w:tcPr>
            <w:tcW w:w="7691" w:type="dxa"/>
            <w:tcMar>
              <w:top w:w="22" w:type="dxa"/>
              <w:left w:w="45" w:type="dxa"/>
              <w:bottom w:w="22" w:type="dxa"/>
              <w:right w:w="45" w:type="dxa"/>
            </w:tcMar>
            <w:vAlign w:val="center"/>
          </w:tcPr>
          <w:p w14:paraId="7D5073C9" w14:textId="77777777" w:rsidR="008563ED" w:rsidRPr="00C4063B" w:rsidRDefault="008563ED">
            <w:pPr>
              <w:rPr>
                <w:rFonts w:cs="Times New Roman"/>
                <w:sz w:val="22"/>
              </w:rPr>
            </w:pPr>
          </w:p>
        </w:tc>
      </w:tr>
    </w:tbl>
    <w:p w14:paraId="74B03E5E" w14:textId="77777777" w:rsidR="008563ED" w:rsidRPr="00C4063B" w:rsidRDefault="00DE0A77">
      <w:pPr>
        <w:spacing w:after="20"/>
        <w:rPr>
          <w:rFonts w:cs="Times New Roman"/>
          <w:sz w:val="22"/>
        </w:rPr>
      </w:pPr>
      <w:r w:rsidRPr="00C4063B">
        <w:rPr>
          <w:rFonts w:cs="Times New Roman"/>
          <w:b/>
          <w:sz w:val="22"/>
        </w:rPr>
        <w:t>Relevantni aspekti i uslovi životne sredine – označite ono što je primenljivo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7290"/>
        <w:gridCol w:w="1170"/>
        <w:gridCol w:w="1571"/>
      </w:tblGrid>
      <w:tr w:rsidR="008563ED" w:rsidRPr="00C4063B" w14:paraId="5A0B3EAC" w14:textId="77777777" w:rsidTr="00003F00">
        <w:tc>
          <w:tcPr>
            <w:tcW w:w="895" w:type="dxa"/>
            <w:shd w:val="clear" w:color="auto" w:fill="8EC4EA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28559157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b/>
                <w:sz w:val="22"/>
              </w:rPr>
              <w:t>Br.</w:t>
            </w:r>
          </w:p>
        </w:tc>
        <w:tc>
          <w:tcPr>
            <w:tcW w:w="7290" w:type="dxa"/>
            <w:shd w:val="clear" w:color="auto" w:fill="8EC4EA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5B56D60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b/>
                <w:sz w:val="22"/>
              </w:rPr>
              <w:t>Aspekt / uslov</w:t>
            </w:r>
          </w:p>
        </w:tc>
        <w:tc>
          <w:tcPr>
            <w:tcW w:w="1170" w:type="dxa"/>
            <w:shd w:val="clear" w:color="auto" w:fill="8EC4EA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4C31F39C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b/>
                <w:sz w:val="22"/>
              </w:rPr>
              <w:t>Da</w:t>
            </w:r>
          </w:p>
        </w:tc>
        <w:tc>
          <w:tcPr>
            <w:tcW w:w="1571" w:type="dxa"/>
            <w:shd w:val="clear" w:color="auto" w:fill="8EC4EA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35B8BB4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b/>
                <w:sz w:val="22"/>
              </w:rPr>
              <w:t>Ne</w:t>
            </w:r>
          </w:p>
        </w:tc>
      </w:tr>
      <w:tr w:rsidR="008563ED" w:rsidRPr="00C4063B" w14:paraId="191512EB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C7034DB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1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7A8B6BB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aktivnosti organizacije stvaraju emisije u vazduh (gasovi, prašina, dim, isparenja i sl.)?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E7729D5" w14:textId="13857F1D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C8C9AA2" w14:textId="312F7D81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0E190797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8838195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2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480F2485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nastaju otpadne vode ili druga ispuštanja u vodu ili kanalizacioni sistem?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07F8D1AB" w14:textId="55C76628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F904E4E" w14:textId="40C1B9A4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435BBAB1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144EC11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3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C213B90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nastaje opasan i/ili neopasan otpad koji zahteva posebno razvrstavanje, skladištenje ili zbrinjavanje?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21F6F907" w14:textId="2124100F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ABC42CF" w14:textId="5AB07960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31CB6228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3115FAAF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4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333ED202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se koriste, skladište ili transportuju hemikalije, goriva, ulja ili druge opasne materije?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0C0B66AE" w14:textId="222AFCDF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2C6ECD6C" w14:textId="5001984F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2C07FE74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2815BAA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5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7A67F5F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postoji mogućnost zagađenja zemljišta ili podzemnih voda usled redovnog rada ili incidenta?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9712797" w14:textId="36A2FD55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3508C205" w14:textId="6B65962D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0A699104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49B96A4D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6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92FF4B8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organizacija značajno koristi energiju, vodu, goriva, sirovine ili druge prirodne resurse?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FCC347F" w14:textId="702CC83C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0806DD6F" w14:textId="380EDFD0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04986E02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0EED07F2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7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365678F3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aktivnosti stvaraju buku, vibracije, neprijatne mirise ili druge uticaje na okolinu?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2E6AD84C" w14:textId="4E7A79AB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3F8A32A" w14:textId="470BBECE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0B820ACB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6C0FDD8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8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4D72D60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organizacija obavlja aktivnosti na gradilištima, terenu ili lokacijama klijenata koje mogu imati uticaj na životnu sredinu?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DF4708D" w14:textId="27EE7D4C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458E9F4C" w14:textId="15C2809B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0554E490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6E4BB9B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9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FFDE314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delatnost podleže posebnim ekološkim dozvolama, saglasnostima, merenjima ili drugim zakonskim/regulatornim zahtevima?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29FD51D4" w14:textId="6D101776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6390A81" w14:textId="2B251C60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16589DDB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24D118CB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10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04B0EB3B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postoje rizici od vanrednih situacija sa mogućim uticajem na životnu sredinu (požar, izlivanje, curenje, havarija i sl.)?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123CF4DA" w14:textId="4F41056B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478A0E6F" w14:textId="263E04AE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398EE35E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0AC92C1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11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786D8CB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organizacija ima procese, proizvode ili usluge kod kojih su značajni uticaji povezani sa nabavkom, transportom, korišćenjem ili krajem životnog ciklusa?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6B37C60D" w14:textId="729B3F02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5B5C68D" w14:textId="2E5B4A08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14559C01" w14:textId="77777777" w:rsidTr="00003F00">
        <w:tc>
          <w:tcPr>
            <w:tcW w:w="895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39B56650" w14:textId="77777777" w:rsidR="008563ED" w:rsidRPr="00C4063B" w:rsidRDefault="00DE0A77">
            <w:pPr>
              <w:jc w:val="center"/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12</w:t>
            </w:r>
          </w:p>
        </w:tc>
        <w:tc>
          <w:tcPr>
            <w:tcW w:w="729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F22EABE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t>Da li postoje druge značajne specifičnosti ili osetljivi uslovi lokacije (zaštićena područja, vodotokovi, naseljena zona i sl.)?</w:t>
            </w:r>
          </w:p>
        </w:tc>
        <w:tc>
          <w:tcPr>
            <w:tcW w:w="1170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79947980" w14:textId="201F205C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  <w:tc>
          <w:tcPr>
            <w:tcW w:w="1571" w:type="dxa"/>
            <w:tcMar>
              <w:top w:w="14" w:type="dxa"/>
              <w:left w:w="45" w:type="dxa"/>
              <w:bottom w:w="14" w:type="dxa"/>
              <w:right w:w="45" w:type="dxa"/>
            </w:tcMar>
            <w:vAlign w:val="center"/>
          </w:tcPr>
          <w:p w14:paraId="500614B7" w14:textId="07C14234" w:rsidR="008563ED" w:rsidRPr="00C4063B" w:rsidRDefault="00DE0B23">
            <w:pPr>
              <w:jc w:val="center"/>
              <w:rPr>
                <w:rFonts w:cs="Times New Roman"/>
                <w:sz w:val="22"/>
              </w:rPr>
            </w:pPr>
            <w:r w:rsidRPr="00401A8B">
              <w:rPr>
                <w:rFonts w:eastAsia="Arial"/>
              </w:rPr>
              <w:fldChar w:fldCharType="begin">
                <w:ffData>
                  <w:name w:val="Q1_D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A8B">
              <w:rPr>
                <w:rFonts w:eastAsia="Arial"/>
              </w:rPr>
              <w:instrText xml:space="preserve"> FORMCHECKBOX </w:instrText>
            </w:r>
            <w:r w:rsidRPr="00401A8B">
              <w:rPr>
                <w:rFonts w:eastAsia="Arial"/>
              </w:rPr>
            </w:r>
            <w:r w:rsidRPr="00401A8B">
              <w:rPr>
                <w:rFonts w:eastAsia="Arial"/>
              </w:rPr>
              <w:fldChar w:fldCharType="separate"/>
            </w:r>
            <w:r w:rsidRPr="00401A8B">
              <w:rPr>
                <w:rFonts w:ascii="Segoe UI Symbol" w:eastAsia="Arial" w:hAnsi="Segoe UI Symbol" w:cs="Segoe UI Symbol"/>
              </w:rPr>
              <w:t>☐</w:t>
            </w:r>
            <w:r w:rsidRPr="00401A8B">
              <w:rPr>
                <w:rFonts w:eastAsia="Arial"/>
              </w:rPr>
              <w:fldChar w:fldCharType="end"/>
            </w:r>
          </w:p>
        </w:tc>
      </w:tr>
      <w:tr w:rsidR="008563ED" w:rsidRPr="00C4063B" w14:paraId="6A344F73" w14:textId="77777777" w:rsidTr="00003F00">
        <w:tc>
          <w:tcPr>
            <w:tcW w:w="10926" w:type="dxa"/>
            <w:gridSpan w:val="4"/>
            <w:shd w:val="clear" w:color="auto" w:fill="8EC4EA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334E9EF1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b/>
                <w:sz w:val="22"/>
              </w:rPr>
              <w:t>Druge relevantne informacije</w:t>
            </w:r>
          </w:p>
        </w:tc>
      </w:tr>
      <w:tr w:rsidR="008563ED" w:rsidRPr="00C4063B" w14:paraId="6457C4B9" w14:textId="77777777" w:rsidTr="00F541C3">
        <w:trPr>
          <w:trHeight w:val="2024"/>
        </w:trPr>
        <w:tc>
          <w:tcPr>
            <w:tcW w:w="10926" w:type="dxa"/>
            <w:gridSpan w:val="4"/>
            <w:tcMar>
              <w:top w:w="18" w:type="dxa"/>
              <w:left w:w="45" w:type="dxa"/>
              <w:bottom w:w="18" w:type="dxa"/>
              <w:right w:w="45" w:type="dxa"/>
            </w:tcMar>
          </w:tcPr>
          <w:p w14:paraId="73D8EF0D" w14:textId="77777777" w:rsidR="008563ED" w:rsidRPr="00C4063B" w:rsidRDefault="00DE0A77">
            <w:pPr>
              <w:rPr>
                <w:rFonts w:cs="Times New Roman"/>
                <w:sz w:val="22"/>
              </w:rPr>
            </w:pPr>
            <w:r w:rsidRPr="00C4063B">
              <w:rPr>
                <w:rFonts w:cs="Times New Roman"/>
                <w:sz w:val="22"/>
              </w:rPr>
              <w:br/>
            </w:r>
          </w:p>
        </w:tc>
      </w:tr>
    </w:tbl>
    <w:p w14:paraId="1622E8EB" w14:textId="77777777" w:rsidR="00296D84" w:rsidRPr="00C4063B" w:rsidRDefault="00296D84">
      <w:pPr>
        <w:rPr>
          <w:rFonts w:cs="Times New Roman"/>
          <w:sz w:val="22"/>
        </w:rPr>
      </w:pPr>
    </w:p>
    <w:p w14:paraId="544E2E93" w14:textId="77777777" w:rsidR="00F541C3" w:rsidRPr="00C4063B" w:rsidRDefault="00F541C3">
      <w:pPr>
        <w:rPr>
          <w:rFonts w:cs="Times New Roman"/>
          <w:sz w:val="22"/>
        </w:rPr>
      </w:pPr>
      <w:r w:rsidRPr="00C4063B">
        <w:rPr>
          <w:rFonts w:cs="Times New Roman"/>
          <w:sz w:val="22"/>
        </w:rPr>
        <w:t xml:space="preserve">  Ime i funkcija:</w:t>
      </w:r>
      <w:r w:rsidRPr="00C4063B">
        <w:rPr>
          <w:rFonts w:cs="Times New Roman"/>
          <w:sz w:val="22"/>
        </w:rPr>
        <w:tab/>
      </w:r>
      <w:r w:rsidRPr="00C4063B">
        <w:rPr>
          <w:rFonts w:cs="Times New Roman"/>
          <w:sz w:val="22"/>
        </w:rPr>
        <w:tab/>
      </w:r>
      <w:r w:rsidRPr="00C4063B">
        <w:rPr>
          <w:rFonts w:cs="Times New Roman"/>
          <w:sz w:val="22"/>
        </w:rPr>
        <w:tab/>
        <w:t xml:space="preserve">                                                           Potpis i datum:</w:t>
      </w:r>
      <w:r w:rsidRPr="00C4063B">
        <w:rPr>
          <w:rFonts w:cs="Times New Roman"/>
          <w:sz w:val="22"/>
        </w:rPr>
        <w:tab/>
      </w:r>
    </w:p>
    <w:p w14:paraId="565DA7E0" w14:textId="77777777" w:rsidR="00F81737" w:rsidRPr="00C4063B" w:rsidRDefault="00F81737">
      <w:pPr>
        <w:rPr>
          <w:rFonts w:cs="Times New Roman"/>
          <w:sz w:val="22"/>
          <w:lang w:val="sr-Latn-RS"/>
        </w:rPr>
      </w:pPr>
    </w:p>
    <w:sectPr w:rsidR="00F81737" w:rsidRPr="00C4063B" w:rsidSect="00034616">
      <w:footerReference w:type="default" r:id="rId9"/>
      <w:pgSz w:w="12240" w:h="15840"/>
      <w:pgMar w:top="567" w:right="652" w:bottom="510" w:left="6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AA72" w14:textId="77777777" w:rsidR="0074662A" w:rsidRDefault="0074662A">
      <w:pPr>
        <w:spacing w:after="0" w:line="240" w:lineRule="auto"/>
      </w:pPr>
      <w:r>
        <w:separator/>
      </w:r>
    </w:p>
  </w:endnote>
  <w:endnote w:type="continuationSeparator" w:id="0">
    <w:p w14:paraId="2F1FEFF2" w14:textId="77777777" w:rsidR="0074662A" w:rsidRDefault="0074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F13" w14:textId="77777777" w:rsidR="008563ED" w:rsidRDefault="00DE0A77">
    <w:pPr>
      <w:pStyle w:val="Footer"/>
      <w:jc w:val="right"/>
    </w:pPr>
    <w:r>
      <w:rPr>
        <w:sz w:val="16"/>
      </w:rPr>
      <w:t>F001EMS Rev 1.0                                      Strana 1 od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B1FA" w14:textId="77777777" w:rsidR="0074662A" w:rsidRDefault="0074662A">
      <w:pPr>
        <w:spacing w:after="0" w:line="240" w:lineRule="auto"/>
      </w:pPr>
      <w:r>
        <w:separator/>
      </w:r>
    </w:p>
  </w:footnote>
  <w:footnote w:type="continuationSeparator" w:id="0">
    <w:p w14:paraId="46211F78" w14:textId="77777777" w:rsidR="0074662A" w:rsidRDefault="0074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7518223">
    <w:abstractNumId w:val="8"/>
  </w:num>
  <w:num w:numId="2" w16cid:durableId="2076850764">
    <w:abstractNumId w:val="6"/>
  </w:num>
  <w:num w:numId="3" w16cid:durableId="968171249">
    <w:abstractNumId w:val="5"/>
  </w:num>
  <w:num w:numId="4" w16cid:durableId="678000367">
    <w:abstractNumId w:val="4"/>
  </w:num>
  <w:num w:numId="5" w16cid:durableId="1750733065">
    <w:abstractNumId w:val="7"/>
  </w:num>
  <w:num w:numId="6" w16cid:durableId="1798142929">
    <w:abstractNumId w:val="3"/>
  </w:num>
  <w:num w:numId="7" w16cid:durableId="1779131202">
    <w:abstractNumId w:val="2"/>
  </w:num>
  <w:num w:numId="8" w16cid:durableId="1869442858">
    <w:abstractNumId w:val="1"/>
  </w:num>
  <w:num w:numId="9" w16cid:durableId="184898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F00"/>
    <w:rsid w:val="00034616"/>
    <w:rsid w:val="0006063C"/>
    <w:rsid w:val="0015074B"/>
    <w:rsid w:val="0029639D"/>
    <w:rsid w:val="00296D84"/>
    <w:rsid w:val="00326F90"/>
    <w:rsid w:val="0035647C"/>
    <w:rsid w:val="003A53E3"/>
    <w:rsid w:val="004A3FDE"/>
    <w:rsid w:val="00733D75"/>
    <w:rsid w:val="0074662A"/>
    <w:rsid w:val="008563ED"/>
    <w:rsid w:val="00AA1D8D"/>
    <w:rsid w:val="00B47730"/>
    <w:rsid w:val="00BF741E"/>
    <w:rsid w:val="00C4063B"/>
    <w:rsid w:val="00CB0664"/>
    <w:rsid w:val="00D10124"/>
    <w:rsid w:val="00DE0A77"/>
    <w:rsid w:val="00DE0B23"/>
    <w:rsid w:val="00EB7C55"/>
    <w:rsid w:val="00F541C3"/>
    <w:rsid w:val="00F817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8FAF93"/>
  <w14:defaultImageDpi w14:val="300"/>
  <w15:docId w15:val="{E4379AB9-4306-4565-A3D8-57C85236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BD8980-6347-44FF-8C96-801818CD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Sinisa Abramovic</cp:lastModifiedBy>
  <cp:revision>14</cp:revision>
  <dcterms:created xsi:type="dcterms:W3CDTF">2026-08-17T06:15:00Z</dcterms:created>
  <dcterms:modified xsi:type="dcterms:W3CDTF">2026-08-17T09:31:00Z</dcterms:modified>
  <cp:category/>
</cp:coreProperties>
</file>