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5D78F9" w14:textId="77777777" w:rsidR="00242457" w:rsidRPr="00851351" w:rsidRDefault="00242457" w:rsidP="00242457">
      <w:pPr>
        <w:spacing w:after="60"/>
        <w:jc w:val="center"/>
        <w:rPr>
          <w:rFonts w:cs="Times New Roman"/>
          <w:b/>
          <w:sz w:val="22"/>
        </w:rPr>
      </w:pPr>
      <w:r w:rsidRPr="00851351">
        <w:rPr>
          <w:rFonts w:eastAsia="Batang" w:cs="Times New Roman"/>
          <w:noProof/>
          <w:color w:val="808080"/>
          <w:sz w:val="22"/>
        </w:rPr>
        <w:drawing>
          <wp:inline distT="0" distB="0" distL="0" distR="0" wp14:anchorId="2EF5231F" wp14:editId="0D511AC1">
            <wp:extent cx="739140" cy="510540"/>
            <wp:effectExtent l="0" t="0" r="3810" b="3810"/>
            <wp:docPr id="1" name="Picture 1" descr="GCI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CI logo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9140" cy="510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F6AA79" w14:textId="77777777" w:rsidR="00242457" w:rsidRPr="00851351" w:rsidRDefault="00242457" w:rsidP="00242457">
      <w:pPr>
        <w:spacing w:after="60"/>
        <w:jc w:val="center"/>
        <w:rPr>
          <w:rFonts w:cs="Times New Roman"/>
          <w:sz w:val="22"/>
        </w:rPr>
      </w:pPr>
      <w:r w:rsidRPr="00851351">
        <w:rPr>
          <w:rFonts w:cs="Times New Roman"/>
          <w:b/>
          <w:sz w:val="22"/>
        </w:rPr>
        <w:t>OPŠTI UPITNIK</w:t>
      </w:r>
    </w:p>
    <w:p w14:paraId="61F69868" w14:textId="77777777" w:rsidR="003171E1" w:rsidRPr="00851351" w:rsidRDefault="00242457" w:rsidP="00851351">
      <w:pPr>
        <w:spacing w:after="60"/>
        <w:jc w:val="both"/>
        <w:rPr>
          <w:rFonts w:cs="Times New Roman"/>
          <w:sz w:val="22"/>
        </w:rPr>
      </w:pPr>
      <w:proofErr w:type="spellStart"/>
      <w:r w:rsidRPr="00851351">
        <w:rPr>
          <w:rFonts w:cs="Times New Roman"/>
          <w:i/>
          <w:sz w:val="22"/>
        </w:rPr>
        <w:t>Informacije</w:t>
      </w:r>
      <w:proofErr w:type="spellEnd"/>
      <w:r w:rsidRPr="00851351">
        <w:rPr>
          <w:rFonts w:cs="Times New Roman"/>
          <w:i/>
          <w:sz w:val="22"/>
        </w:rPr>
        <w:t xml:space="preserve"> </w:t>
      </w:r>
      <w:proofErr w:type="spellStart"/>
      <w:r w:rsidRPr="00851351">
        <w:rPr>
          <w:rFonts w:cs="Times New Roman"/>
          <w:i/>
          <w:sz w:val="22"/>
        </w:rPr>
        <w:t>iz</w:t>
      </w:r>
      <w:proofErr w:type="spellEnd"/>
      <w:r w:rsidRPr="00851351">
        <w:rPr>
          <w:rFonts w:cs="Times New Roman"/>
          <w:i/>
          <w:sz w:val="22"/>
        </w:rPr>
        <w:t xml:space="preserve"> </w:t>
      </w:r>
      <w:proofErr w:type="spellStart"/>
      <w:r w:rsidRPr="00851351">
        <w:rPr>
          <w:rFonts w:cs="Times New Roman"/>
          <w:i/>
          <w:sz w:val="22"/>
        </w:rPr>
        <w:t>ovog</w:t>
      </w:r>
      <w:proofErr w:type="spellEnd"/>
      <w:r w:rsidRPr="00851351">
        <w:rPr>
          <w:rFonts w:cs="Times New Roman"/>
          <w:i/>
          <w:sz w:val="22"/>
        </w:rPr>
        <w:t xml:space="preserve"> </w:t>
      </w:r>
      <w:proofErr w:type="spellStart"/>
      <w:r w:rsidRPr="00851351">
        <w:rPr>
          <w:rFonts w:cs="Times New Roman"/>
          <w:i/>
          <w:sz w:val="22"/>
        </w:rPr>
        <w:t>upitnika</w:t>
      </w:r>
      <w:proofErr w:type="spellEnd"/>
      <w:r w:rsidRPr="00851351">
        <w:rPr>
          <w:rFonts w:cs="Times New Roman"/>
          <w:i/>
          <w:sz w:val="22"/>
        </w:rPr>
        <w:t xml:space="preserve"> </w:t>
      </w:r>
      <w:proofErr w:type="spellStart"/>
      <w:r w:rsidRPr="00851351">
        <w:rPr>
          <w:rFonts w:cs="Times New Roman"/>
          <w:i/>
          <w:sz w:val="22"/>
        </w:rPr>
        <w:t>koriste</w:t>
      </w:r>
      <w:proofErr w:type="spellEnd"/>
      <w:r w:rsidRPr="00851351">
        <w:rPr>
          <w:rFonts w:cs="Times New Roman"/>
          <w:i/>
          <w:sz w:val="22"/>
        </w:rPr>
        <w:t xml:space="preserve"> se za </w:t>
      </w:r>
      <w:proofErr w:type="spellStart"/>
      <w:r w:rsidRPr="00851351">
        <w:rPr>
          <w:rFonts w:cs="Times New Roman"/>
          <w:i/>
          <w:sz w:val="22"/>
        </w:rPr>
        <w:t>pregled</w:t>
      </w:r>
      <w:proofErr w:type="spellEnd"/>
      <w:r w:rsidRPr="00851351">
        <w:rPr>
          <w:rFonts w:cs="Times New Roman"/>
          <w:i/>
          <w:sz w:val="22"/>
        </w:rPr>
        <w:t xml:space="preserve"> </w:t>
      </w:r>
      <w:proofErr w:type="spellStart"/>
      <w:r w:rsidRPr="00851351">
        <w:rPr>
          <w:rFonts w:cs="Times New Roman"/>
          <w:i/>
          <w:sz w:val="22"/>
        </w:rPr>
        <w:t>zahteva</w:t>
      </w:r>
      <w:proofErr w:type="spellEnd"/>
      <w:r w:rsidRPr="00851351">
        <w:rPr>
          <w:rFonts w:cs="Times New Roman"/>
          <w:i/>
          <w:sz w:val="22"/>
        </w:rPr>
        <w:t xml:space="preserve">, </w:t>
      </w:r>
      <w:proofErr w:type="spellStart"/>
      <w:r w:rsidRPr="00851351">
        <w:rPr>
          <w:rFonts w:cs="Times New Roman"/>
          <w:i/>
          <w:sz w:val="22"/>
        </w:rPr>
        <w:t>određivanje</w:t>
      </w:r>
      <w:proofErr w:type="spellEnd"/>
      <w:r w:rsidRPr="00851351">
        <w:rPr>
          <w:rFonts w:cs="Times New Roman"/>
          <w:i/>
          <w:sz w:val="22"/>
        </w:rPr>
        <w:t xml:space="preserve"> </w:t>
      </w:r>
      <w:proofErr w:type="spellStart"/>
      <w:r w:rsidRPr="00851351">
        <w:rPr>
          <w:rFonts w:cs="Times New Roman"/>
          <w:i/>
          <w:sz w:val="22"/>
        </w:rPr>
        <w:t>obima</w:t>
      </w:r>
      <w:proofErr w:type="spellEnd"/>
      <w:r w:rsidRPr="00851351">
        <w:rPr>
          <w:rFonts w:cs="Times New Roman"/>
          <w:i/>
          <w:sz w:val="22"/>
        </w:rPr>
        <w:t xml:space="preserve"> </w:t>
      </w:r>
      <w:proofErr w:type="spellStart"/>
      <w:r w:rsidRPr="00851351">
        <w:rPr>
          <w:rFonts w:cs="Times New Roman"/>
          <w:i/>
          <w:sz w:val="22"/>
        </w:rPr>
        <w:t>i</w:t>
      </w:r>
      <w:proofErr w:type="spellEnd"/>
      <w:r w:rsidRPr="00851351">
        <w:rPr>
          <w:rFonts w:cs="Times New Roman"/>
          <w:i/>
          <w:sz w:val="22"/>
        </w:rPr>
        <w:t xml:space="preserve"> </w:t>
      </w:r>
      <w:proofErr w:type="spellStart"/>
      <w:r w:rsidRPr="00851351">
        <w:rPr>
          <w:rFonts w:cs="Times New Roman"/>
          <w:i/>
          <w:sz w:val="22"/>
        </w:rPr>
        <w:t>pripremu</w:t>
      </w:r>
      <w:proofErr w:type="spellEnd"/>
      <w:r w:rsidRPr="00851351">
        <w:rPr>
          <w:rFonts w:cs="Times New Roman"/>
          <w:i/>
          <w:sz w:val="22"/>
        </w:rPr>
        <w:t xml:space="preserve"> </w:t>
      </w:r>
      <w:proofErr w:type="spellStart"/>
      <w:r w:rsidRPr="00851351">
        <w:rPr>
          <w:rFonts w:cs="Times New Roman"/>
          <w:i/>
          <w:sz w:val="22"/>
        </w:rPr>
        <w:t>ponude</w:t>
      </w:r>
      <w:proofErr w:type="spellEnd"/>
      <w:r w:rsidRPr="00851351">
        <w:rPr>
          <w:rFonts w:cs="Times New Roman"/>
          <w:i/>
          <w:sz w:val="22"/>
        </w:rPr>
        <w:t xml:space="preserve"> za </w:t>
      </w:r>
      <w:proofErr w:type="spellStart"/>
      <w:r w:rsidRPr="00851351">
        <w:rPr>
          <w:rFonts w:cs="Times New Roman"/>
          <w:i/>
          <w:sz w:val="22"/>
        </w:rPr>
        <w:t>sertifikaciju</w:t>
      </w:r>
      <w:proofErr w:type="spellEnd"/>
      <w:r w:rsidRPr="00851351">
        <w:rPr>
          <w:rFonts w:cs="Times New Roman"/>
          <w:i/>
          <w:sz w:val="22"/>
        </w:rPr>
        <w:t xml:space="preserve">. Molimo da </w:t>
      </w:r>
      <w:proofErr w:type="spellStart"/>
      <w:r w:rsidRPr="00851351">
        <w:rPr>
          <w:rFonts w:cs="Times New Roman"/>
          <w:i/>
          <w:sz w:val="22"/>
        </w:rPr>
        <w:t>ovlašćeni</w:t>
      </w:r>
      <w:proofErr w:type="spellEnd"/>
      <w:r w:rsidRPr="00851351">
        <w:rPr>
          <w:rFonts w:cs="Times New Roman"/>
          <w:i/>
          <w:sz w:val="22"/>
        </w:rPr>
        <w:t xml:space="preserve"> </w:t>
      </w:r>
      <w:proofErr w:type="spellStart"/>
      <w:r w:rsidRPr="00851351">
        <w:rPr>
          <w:rFonts w:cs="Times New Roman"/>
          <w:i/>
          <w:sz w:val="22"/>
        </w:rPr>
        <w:t>predstavnik</w:t>
      </w:r>
      <w:proofErr w:type="spellEnd"/>
      <w:r w:rsidRPr="00851351">
        <w:rPr>
          <w:rFonts w:cs="Times New Roman"/>
          <w:i/>
          <w:sz w:val="22"/>
        </w:rPr>
        <w:t xml:space="preserve"> </w:t>
      </w:r>
      <w:proofErr w:type="spellStart"/>
      <w:r w:rsidRPr="00851351">
        <w:rPr>
          <w:rFonts w:cs="Times New Roman"/>
          <w:i/>
          <w:sz w:val="22"/>
        </w:rPr>
        <w:t>organizacije</w:t>
      </w:r>
      <w:proofErr w:type="spellEnd"/>
      <w:r w:rsidRPr="00851351">
        <w:rPr>
          <w:rFonts w:cs="Times New Roman"/>
          <w:i/>
          <w:sz w:val="22"/>
        </w:rPr>
        <w:t xml:space="preserve"> </w:t>
      </w:r>
      <w:proofErr w:type="spellStart"/>
      <w:r w:rsidRPr="00851351">
        <w:rPr>
          <w:rFonts w:cs="Times New Roman"/>
          <w:i/>
          <w:sz w:val="22"/>
        </w:rPr>
        <w:t>potvrdi</w:t>
      </w:r>
      <w:proofErr w:type="spellEnd"/>
      <w:r w:rsidRPr="00851351">
        <w:rPr>
          <w:rFonts w:cs="Times New Roman"/>
          <w:i/>
          <w:sz w:val="22"/>
        </w:rPr>
        <w:t xml:space="preserve"> </w:t>
      </w:r>
      <w:proofErr w:type="spellStart"/>
      <w:r w:rsidRPr="00851351">
        <w:rPr>
          <w:rFonts w:cs="Times New Roman"/>
          <w:i/>
          <w:sz w:val="22"/>
        </w:rPr>
        <w:t>tačnost</w:t>
      </w:r>
      <w:proofErr w:type="spellEnd"/>
      <w:r w:rsidRPr="00851351">
        <w:rPr>
          <w:rFonts w:cs="Times New Roman"/>
          <w:i/>
          <w:sz w:val="22"/>
        </w:rPr>
        <w:t xml:space="preserve"> </w:t>
      </w:r>
      <w:proofErr w:type="spellStart"/>
      <w:r w:rsidRPr="00851351">
        <w:rPr>
          <w:rFonts w:cs="Times New Roman"/>
          <w:i/>
          <w:sz w:val="22"/>
        </w:rPr>
        <w:t>podataka</w:t>
      </w:r>
      <w:proofErr w:type="spellEnd"/>
      <w:r w:rsidRPr="00851351">
        <w:rPr>
          <w:rFonts w:cs="Times New Roman"/>
          <w:i/>
          <w:sz w:val="22"/>
        </w:rPr>
        <w:t xml:space="preserve"> </w:t>
      </w:r>
      <w:proofErr w:type="spellStart"/>
      <w:r w:rsidRPr="00851351">
        <w:rPr>
          <w:rFonts w:cs="Times New Roman"/>
          <w:i/>
          <w:sz w:val="22"/>
        </w:rPr>
        <w:t>potpisom</w:t>
      </w:r>
      <w:proofErr w:type="spellEnd"/>
      <w:r w:rsidRPr="00851351">
        <w:rPr>
          <w:rFonts w:cs="Times New Roman"/>
          <w:i/>
          <w:sz w:val="22"/>
        </w:rPr>
        <w:t xml:space="preserve"> </w:t>
      </w:r>
      <w:proofErr w:type="spellStart"/>
      <w:r w:rsidRPr="00851351">
        <w:rPr>
          <w:rFonts w:cs="Times New Roman"/>
          <w:i/>
          <w:sz w:val="22"/>
        </w:rPr>
        <w:t>na</w:t>
      </w:r>
      <w:proofErr w:type="spellEnd"/>
      <w:r w:rsidRPr="00851351">
        <w:rPr>
          <w:rFonts w:cs="Times New Roman"/>
          <w:i/>
          <w:sz w:val="22"/>
        </w:rPr>
        <w:t xml:space="preserve"> </w:t>
      </w:r>
      <w:proofErr w:type="spellStart"/>
      <w:r w:rsidRPr="00851351">
        <w:rPr>
          <w:rFonts w:cs="Times New Roman"/>
          <w:i/>
          <w:sz w:val="22"/>
        </w:rPr>
        <w:t>kraju</w:t>
      </w:r>
      <w:proofErr w:type="spellEnd"/>
      <w:r w:rsidRPr="00851351">
        <w:rPr>
          <w:rFonts w:cs="Times New Roman"/>
          <w:i/>
          <w:sz w:val="22"/>
        </w:rPr>
        <w:t xml:space="preserve"> </w:t>
      </w:r>
      <w:proofErr w:type="spellStart"/>
      <w:r w:rsidRPr="00851351">
        <w:rPr>
          <w:rFonts w:cs="Times New Roman"/>
          <w:i/>
          <w:sz w:val="22"/>
        </w:rPr>
        <w:t>upitnika</w:t>
      </w:r>
      <w:proofErr w:type="spellEnd"/>
      <w:r w:rsidRPr="00851351">
        <w:rPr>
          <w:rFonts w:cs="Times New Roman"/>
          <w:sz w:val="22"/>
        </w:rPr>
        <w:t>.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5266"/>
        <w:gridCol w:w="5270"/>
      </w:tblGrid>
      <w:tr w:rsidR="003171E1" w:rsidRPr="00851351" w14:paraId="15A9FB68" w14:textId="77777777" w:rsidTr="009F7A0E">
        <w:trPr>
          <w:jc w:val="center"/>
        </w:trPr>
        <w:tc>
          <w:tcPr>
            <w:tcW w:w="5266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4C41AD50" w14:textId="77777777" w:rsidR="003171E1" w:rsidRPr="00851351" w:rsidRDefault="009F7A0E">
            <w:pPr>
              <w:rPr>
                <w:rFonts w:cs="Times New Roman"/>
                <w:sz w:val="22"/>
              </w:rPr>
            </w:pPr>
            <w:r w:rsidRPr="00851351">
              <w:rPr>
                <w:rFonts w:cs="Times New Roman"/>
                <w:sz w:val="22"/>
              </w:rPr>
              <w:t xml:space="preserve"> </w:t>
            </w:r>
            <w:proofErr w:type="spellStart"/>
            <w:r w:rsidR="00782DB7" w:rsidRPr="00851351">
              <w:rPr>
                <w:rFonts w:cs="Times New Roman"/>
                <w:sz w:val="22"/>
              </w:rPr>
              <w:t>Naziv</w:t>
            </w:r>
            <w:proofErr w:type="spellEnd"/>
            <w:r w:rsidR="00782DB7" w:rsidRPr="00851351">
              <w:rPr>
                <w:rFonts w:cs="Times New Roman"/>
                <w:sz w:val="22"/>
              </w:rPr>
              <w:t xml:space="preserve"> </w:t>
            </w:r>
            <w:proofErr w:type="spellStart"/>
            <w:r w:rsidR="00782DB7" w:rsidRPr="00851351">
              <w:rPr>
                <w:rFonts w:cs="Times New Roman"/>
                <w:sz w:val="22"/>
              </w:rPr>
              <w:t>organizacije</w:t>
            </w:r>
            <w:proofErr w:type="spellEnd"/>
          </w:p>
        </w:tc>
        <w:tc>
          <w:tcPr>
            <w:tcW w:w="5270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0EA2C69C" w14:textId="77777777" w:rsidR="003171E1" w:rsidRPr="00851351" w:rsidRDefault="003171E1">
            <w:pPr>
              <w:rPr>
                <w:rFonts w:cs="Times New Roman"/>
                <w:sz w:val="22"/>
              </w:rPr>
            </w:pPr>
          </w:p>
        </w:tc>
      </w:tr>
      <w:tr w:rsidR="003171E1" w:rsidRPr="00851351" w14:paraId="78AAC417" w14:textId="77777777" w:rsidTr="009F7A0E">
        <w:trPr>
          <w:jc w:val="center"/>
        </w:trPr>
        <w:tc>
          <w:tcPr>
            <w:tcW w:w="5266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351E891E" w14:textId="77777777" w:rsidR="003171E1" w:rsidRPr="00851351" w:rsidRDefault="00782DB7">
            <w:pPr>
              <w:rPr>
                <w:rFonts w:cs="Times New Roman"/>
                <w:sz w:val="22"/>
              </w:rPr>
            </w:pPr>
            <w:r w:rsidRPr="00851351">
              <w:rPr>
                <w:rFonts w:cs="Times New Roman"/>
                <w:sz w:val="22"/>
              </w:rPr>
              <w:t>Adresa sedišta (ulica, broj, poštanski broj, grad, država)</w:t>
            </w:r>
          </w:p>
        </w:tc>
        <w:tc>
          <w:tcPr>
            <w:tcW w:w="5270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6F7F108C" w14:textId="77777777" w:rsidR="003171E1" w:rsidRPr="00851351" w:rsidRDefault="003171E1">
            <w:pPr>
              <w:rPr>
                <w:rFonts w:cs="Times New Roman"/>
                <w:sz w:val="22"/>
              </w:rPr>
            </w:pPr>
          </w:p>
        </w:tc>
      </w:tr>
      <w:tr w:rsidR="003171E1" w:rsidRPr="00851351" w14:paraId="682E43B5" w14:textId="77777777" w:rsidTr="009F7A0E">
        <w:trPr>
          <w:jc w:val="center"/>
        </w:trPr>
        <w:tc>
          <w:tcPr>
            <w:tcW w:w="5266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4A31A2A9" w14:textId="77777777" w:rsidR="003171E1" w:rsidRPr="00851351" w:rsidRDefault="00782DB7">
            <w:pPr>
              <w:rPr>
                <w:rFonts w:cs="Times New Roman"/>
                <w:sz w:val="22"/>
              </w:rPr>
            </w:pPr>
            <w:r w:rsidRPr="00851351">
              <w:rPr>
                <w:rFonts w:cs="Times New Roman"/>
                <w:sz w:val="22"/>
              </w:rPr>
              <w:t>Kontakt osoba – ime i prezime / funkcija</w:t>
            </w:r>
          </w:p>
        </w:tc>
        <w:tc>
          <w:tcPr>
            <w:tcW w:w="5270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6D3A146B" w14:textId="77777777" w:rsidR="003171E1" w:rsidRPr="00851351" w:rsidRDefault="003171E1">
            <w:pPr>
              <w:rPr>
                <w:rFonts w:cs="Times New Roman"/>
                <w:sz w:val="22"/>
              </w:rPr>
            </w:pPr>
          </w:p>
        </w:tc>
      </w:tr>
      <w:tr w:rsidR="003171E1" w:rsidRPr="00851351" w14:paraId="363E3F68" w14:textId="77777777" w:rsidTr="009F7A0E">
        <w:trPr>
          <w:jc w:val="center"/>
        </w:trPr>
        <w:tc>
          <w:tcPr>
            <w:tcW w:w="5266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51E853E4" w14:textId="77777777" w:rsidR="003171E1" w:rsidRPr="00851351" w:rsidRDefault="00782DB7">
            <w:pPr>
              <w:rPr>
                <w:rFonts w:cs="Times New Roman"/>
                <w:sz w:val="22"/>
              </w:rPr>
            </w:pPr>
            <w:r w:rsidRPr="00851351">
              <w:rPr>
                <w:rFonts w:cs="Times New Roman"/>
                <w:sz w:val="22"/>
              </w:rPr>
              <w:t>Telefon / mobilni telefon</w:t>
            </w:r>
          </w:p>
        </w:tc>
        <w:tc>
          <w:tcPr>
            <w:tcW w:w="5270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58E72333" w14:textId="77777777" w:rsidR="003171E1" w:rsidRPr="00851351" w:rsidRDefault="003171E1">
            <w:pPr>
              <w:rPr>
                <w:rFonts w:cs="Times New Roman"/>
                <w:sz w:val="22"/>
              </w:rPr>
            </w:pPr>
          </w:p>
        </w:tc>
      </w:tr>
      <w:tr w:rsidR="003171E1" w:rsidRPr="00851351" w14:paraId="1D81B19C" w14:textId="77777777" w:rsidTr="009F7A0E">
        <w:trPr>
          <w:jc w:val="center"/>
        </w:trPr>
        <w:tc>
          <w:tcPr>
            <w:tcW w:w="5266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0D13577E" w14:textId="77777777" w:rsidR="003171E1" w:rsidRPr="00851351" w:rsidRDefault="00782DB7">
            <w:pPr>
              <w:rPr>
                <w:rFonts w:cs="Times New Roman"/>
                <w:sz w:val="22"/>
              </w:rPr>
            </w:pPr>
            <w:r w:rsidRPr="00851351">
              <w:rPr>
                <w:rFonts w:cs="Times New Roman"/>
                <w:sz w:val="22"/>
              </w:rPr>
              <w:t>e-mail / website</w:t>
            </w:r>
          </w:p>
        </w:tc>
        <w:tc>
          <w:tcPr>
            <w:tcW w:w="5270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3A104707" w14:textId="77777777" w:rsidR="003171E1" w:rsidRPr="00851351" w:rsidRDefault="003171E1">
            <w:pPr>
              <w:rPr>
                <w:rFonts w:cs="Times New Roman"/>
                <w:sz w:val="22"/>
              </w:rPr>
            </w:pPr>
          </w:p>
        </w:tc>
      </w:tr>
      <w:tr w:rsidR="003171E1" w:rsidRPr="00851351" w14:paraId="4D8F6A7E" w14:textId="77777777" w:rsidTr="009F7A0E">
        <w:trPr>
          <w:jc w:val="center"/>
        </w:trPr>
        <w:tc>
          <w:tcPr>
            <w:tcW w:w="10536" w:type="dxa"/>
            <w:gridSpan w:val="2"/>
            <w:shd w:val="clear" w:color="auto" w:fill="8EC5F4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13876DE3" w14:textId="77777777" w:rsidR="003171E1" w:rsidRPr="00851351" w:rsidRDefault="00782DB7">
            <w:pPr>
              <w:rPr>
                <w:rFonts w:cs="Times New Roman"/>
                <w:sz w:val="22"/>
              </w:rPr>
            </w:pPr>
            <w:r w:rsidRPr="00851351">
              <w:rPr>
                <w:rFonts w:cs="Times New Roman"/>
                <w:b/>
                <w:sz w:val="22"/>
              </w:rPr>
              <w:t>Podaci o zaposlenima i načinu rada</w:t>
            </w:r>
          </w:p>
        </w:tc>
      </w:tr>
      <w:tr w:rsidR="003171E1" w:rsidRPr="00851351" w14:paraId="387FED74" w14:textId="77777777" w:rsidTr="009F7A0E">
        <w:trPr>
          <w:jc w:val="center"/>
        </w:trPr>
        <w:tc>
          <w:tcPr>
            <w:tcW w:w="5266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11F53320" w14:textId="77777777" w:rsidR="003171E1" w:rsidRPr="00851351" w:rsidRDefault="00782DB7">
            <w:pPr>
              <w:rPr>
                <w:rFonts w:cs="Times New Roman"/>
                <w:sz w:val="22"/>
              </w:rPr>
            </w:pPr>
            <w:r w:rsidRPr="00851351">
              <w:rPr>
                <w:rFonts w:cs="Times New Roman"/>
                <w:sz w:val="22"/>
              </w:rPr>
              <w:t>Ukupan broj zaposlenih</w:t>
            </w:r>
          </w:p>
        </w:tc>
        <w:tc>
          <w:tcPr>
            <w:tcW w:w="5270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06B713D1" w14:textId="77777777" w:rsidR="003171E1" w:rsidRPr="00851351" w:rsidRDefault="003171E1">
            <w:pPr>
              <w:rPr>
                <w:rFonts w:cs="Times New Roman"/>
                <w:sz w:val="22"/>
              </w:rPr>
            </w:pPr>
          </w:p>
        </w:tc>
      </w:tr>
      <w:tr w:rsidR="003171E1" w:rsidRPr="00851351" w14:paraId="3C6EB473" w14:textId="77777777" w:rsidTr="009F7A0E">
        <w:trPr>
          <w:jc w:val="center"/>
        </w:trPr>
        <w:tc>
          <w:tcPr>
            <w:tcW w:w="5266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1EC53B48" w14:textId="77777777" w:rsidR="003171E1" w:rsidRPr="00851351" w:rsidRDefault="00782DB7">
            <w:pPr>
              <w:rPr>
                <w:rFonts w:cs="Times New Roman"/>
                <w:sz w:val="22"/>
              </w:rPr>
            </w:pPr>
            <w:r w:rsidRPr="00851351">
              <w:rPr>
                <w:rFonts w:cs="Times New Roman"/>
                <w:sz w:val="22"/>
              </w:rPr>
              <w:t>Broj zaposlenih obuhvaćenih traženim obimom sertifikacije</w:t>
            </w:r>
          </w:p>
        </w:tc>
        <w:tc>
          <w:tcPr>
            <w:tcW w:w="5270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0F7FFF38" w14:textId="77777777" w:rsidR="003171E1" w:rsidRPr="00851351" w:rsidRDefault="003171E1">
            <w:pPr>
              <w:rPr>
                <w:rFonts w:cs="Times New Roman"/>
                <w:sz w:val="22"/>
              </w:rPr>
            </w:pPr>
          </w:p>
        </w:tc>
      </w:tr>
      <w:tr w:rsidR="003171E1" w:rsidRPr="00851351" w14:paraId="410A5078" w14:textId="77777777" w:rsidTr="009F7A0E">
        <w:trPr>
          <w:jc w:val="center"/>
        </w:trPr>
        <w:tc>
          <w:tcPr>
            <w:tcW w:w="5266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7E0D86F3" w14:textId="77777777" w:rsidR="003171E1" w:rsidRPr="00851351" w:rsidRDefault="00782DB7">
            <w:pPr>
              <w:rPr>
                <w:rFonts w:cs="Times New Roman"/>
                <w:sz w:val="22"/>
              </w:rPr>
            </w:pPr>
            <w:r w:rsidRPr="00851351">
              <w:rPr>
                <w:rFonts w:cs="Times New Roman"/>
                <w:sz w:val="22"/>
              </w:rPr>
              <w:t>Broj zaposlenih sa nepunim radnim vremenom / sezonskih / privremenih</w:t>
            </w:r>
          </w:p>
        </w:tc>
        <w:tc>
          <w:tcPr>
            <w:tcW w:w="5270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67FF1D0C" w14:textId="77777777" w:rsidR="003171E1" w:rsidRPr="00851351" w:rsidRDefault="003171E1">
            <w:pPr>
              <w:rPr>
                <w:rFonts w:cs="Times New Roman"/>
                <w:sz w:val="22"/>
              </w:rPr>
            </w:pPr>
          </w:p>
        </w:tc>
      </w:tr>
      <w:tr w:rsidR="003171E1" w:rsidRPr="00851351" w14:paraId="13A419A1" w14:textId="77777777" w:rsidTr="009F7A0E">
        <w:trPr>
          <w:jc w:val="center"/>
        </w:trPr>
        <w:tc>
          <w:tcPr>
            <w:tcW w:w="5266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43BDCFC7" w14:textId="77777777" w:rsidR="003171E1" w:rsidRPr="00851351" w:rsidRDefault="00782DB7">
            <w:pPr>
              <w:rPr>
                <w:rFonts w:cs="Times New Roman"/>
                <w:sz w:val="22"/>
              </w:rPr>
            </w:pPr>
            <w:r w:rsidRPr="00851351">
              <w:rPr>
                <w:rFonts w:cs="Times New Roman"/>
                <w:sz w:val="22"/>
              </w:rPr>
              <w:t>Broj zaposlenih koji obavljaju iste ili slične poslove</w:t>
            </w:r>
          </w:p>
        </w:tc>
        <w:tc>
          <w:tcPr>
            <w:tcW w:w="5270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63D8EA5F" w14:textId="77777777" w:rsidR="003171E1" w:rsidRPr="00851351" w:rsidRDefault="003171E1">
            <w:pPr>
              <w:rPr>
                <w:rFonts w:cs="Times New Roman"/>
                <w:sz w:val="22"/>
              </w:rPr>
            </w:pPr>
          </w:p>
        </w:tc>
      </w:tr>
      <w:tr w:rsidR="003171E1" w:rsidRPr="00851351" w14:paraId="6DA758CD" w14:textId="77777777" w:rsidTr="009F7A0E">
        <w:trPr>
          <w:jc w:val="center"/>
        </w:trPr>
        <w:tc>
          <w:tcPr>
            <w:tcW w:w="5266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1977E42C" w14:textId="77777777" w:rsidR="003171E1" w:rsidRPr="00851351" w:rsidRDefault="00782DB7">
            <w:pPr>
              <w:rPr>
                <w:rFonts w:cs="Times New Roman"/>
                <w:sz w:val="22"/>
              </w:rPr>
            </w:pPr>
            <w:r w:rsidRPr="00851351">
              <w:rPr>
                <w:rFonts w:cs="Times New Roman"/>
                <w:sz w:val="22"/>
              </w:rPr>
              <w:t>Broj radnih smena i broj zaposlenih po smenama</w:t>
            </w:r>
          </w:p>
        </w:tc>
        <w:tc>
          <w:tcPr>
            <w:tcW w:w="5270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277925AE" w14:textId="77777777" w:rsidR="003171E1" w:rsidRPr="00851351" w:rsidRDefault="003171E1">
            <w:pPr>
              <w:rPr>
                <w:rFonts w:cs="Times New Roman"/>
                <w:sz w:val="22"/>
              </w:rPr>
            </w:pPr>
          </w:p>
        </w:tc>
      </w:tr>
      <w:tr w:rsidR="003171E1" w:rsidRPr="00851351" w14:paraId="75C54BA8" w14:textId="77777777" w:rsidTr="009F7A0E">
        <w:trPr>
          <w:jc w:val="center"/>
        </w:trPr>
        <w:tc>
          <w:tcPr>
            <w:tcW w:w="5266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4806B372" w14:textId="77777777" w:rsidR="003171E1" w:rsidRPr="00851351" w:rsidRDefault="00782DB7">
            <w:pPr>
              <w:rPr>
                <w:rFonts w:cs="Times New Roman"/>
                <w:sz w:val="22"/>
              </w:rPr>
            </w:pPr>
            <w:r w:rsidRPr="00851351">
              <w:rPr>
                <w:rFonts w:cs="Times New Roman"/>
                <w:sz w:val="22"/>
              </w:rPr>
              <w:t>Organizacija radi</w:t>
            </w:r>
          </w:p>
        </w:tc>
        <w:tc>
          <w:tcPr>
            <w:tcW w:w="5270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441F09BC" w14:textId="77777777" w:rsidR="003171E1" w:rsidRPr="00851351" w:rsidRDefault="00782DB7">
            <w:pPr>
              <w:rPr>
                <w:rFonts w:cs="Times New Roman"/>
                <w:sz w:val="22"/>
              </w:rPr>
            </w:pPr>
            <w:r w:rsidRPr="00851351">
              <w:rPr>
                <w:rFonts w:cs="Times New Roman"/>
                <w:sz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51351">
              <w:rPr>
                <w:rFonts w:cs="Times New Roman"/>
                <w:sz w:val="22"/>
              </w:rPr>
              <w:instrText xml:space="preserve"> FORMCHECKBOX </w:instrText>
            </w:r>
            <w:r w:rsidRPr="00851351">
              <w:rPr>
                <w:rFonts w:cs="Times New Roman"/>
                <w:sz w:val="22"/>
              </w:rPr>
            </w:r>
            <w:r w:rsidRPr="00851351">
              <w:rPr>
                <w:rFonts w:cs="Times New Roman"/>
                <w:sz w:val="22"/>
              </w:rPr>
              <w:fldChar w:fldCharType="separate"/>
            </w:r>
            <w:r w:rsidRPr="00851351">
              <w:rPr>
                <w:rFonts w:ascii="Segoe UI Symbol" w:hAnsi="Segoe UI Symbol" w:cs="Segoe UI Symbol"/>
                <w:sz w:val="22"/>
              </w:rPr>
              <w:t>☐</w:t>
            </w:r>
            <w:r w:rsidRPr="00851351">
              <w:rPr>
                <w:rFonts w:cs="Times New Roman"/>
                <w:sz w:val="22"/>
              </w:rPr>
              <w:fldChar w:fldCharType="end"/>
            </w:r>
            <w:proofErr w:type="spellStart"/>
            <w:r w:rsidRPr="00851351">
              <w:rPr>
                <w:rFonts w:cs="Times New Roman"/>
                <w:sz w:val="22"/>
              </w:rPr>
              <w:t>radnim</w:t>
            </w:r>
            <w:proofErr w:type="spellEnd"/>
            <w:r w:rsidRPr="00851351">
              <w:rPr>
                <w:rFonts w:cs="Times New Roman"/>
                <w:sz w:val="22"/>
              </w:rPr>
              <w:t xml:space="preserve"> </w:t>
            </w:r>
            <w:proofErr w:type="spellStart"/>
            <w:r w:rsidRPr="00851351">
              <w:rPr>
                <w:rFonts w:cs="Times New Roman"/>
                <w:sz w:val="22"/>
              </w:rPr>
              <w:t>danima</w:t>
            </w:r>
            <w:proofErr w:type="spellEnd"/>
            <w:r w:rsidR="009F7A0E" w:rsidRPr="00851351">
              <w:rPr>
                <w:rFonts w:cs="Times New Roman"/>
                <w:sz w:val="22"/>
              </w:rPr>
              <w:t xml:space="preserve">  </w:t>
            </w:r>
            <w:r w:rsidRPr="00851351">
              <w:rPr>
                <w:rFonts w:cs="Times New Roman"/>
                <w:sz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51351">
              <w:rPr>
                <w:rFonts w:cs="Times New Roman"/>
                <w:sz w:val="22"/>
              </w:rPr>
              <w:instrText xml:space="preserve"> FORMCHECKBOX </w:instrText>
            </w:r>
            <w:r w:rsidRPr="00851351">
              <w:rPr>
                <w:rFonts w:cs="Times New Roman"/>
                <w:sz w:val="22"/>
              </w:rPr>
            </w:r>
            <w:r w:rsidRPr="00851351">
              <w:rPr>
                <w:rFonts w:cs="Times New Roman"/>
                <w:sz w:val="22"/>
              </w:rPr>
              <w:fldChar w:fldCharType="separate"/>
            </w:r>
            <w:r w:rsidRPr="00851351">
              <w:rPr>
                <w:rFonts w:ascii="Segoe UI Symbol" w:hAnsi="Segoe UI Symbol" w:cs="Segoe UI Symbol"/>
                <w:sz w:val="22"/>
              </w:rPr>
              <w:t>☐</w:t>
            </w:r>
            <w:r w:rsidRPr="00851351">
              <w:rPr>
                <w:rFonts w:cs="Times New Roman"/>
                <w:sz w:val="22"/>
              </w:rPr>
              <w:fldChar w:fldCharType="end"/>
            </w:r>
            <w:proofErr w:type="spellStart"/>
            <w:r w:rsidRPr="00851351">
              <w:rPr>
                <w:rFonts w:cs="Times New Roman"/>
                <w:sz w:val="22"/>
              </w:rPr>
              <w:t>vikendom</w:t>
            </w:r>
            <w:proofErr w:type="spellEnd"/>
            <w:r w:rsidR="009F7A0E" w:rsidRPr="00851351">
              <w:rPr>
                <w:rFonts w:cs="Times New Roman"/>
                <w:sz w:val="22"/>
              </w:rPr>
              <w:t xml:space="preserve">  </w:t>
            </w:r>
            <w:r w:rsidRPr="00851351">
              <w:rPr>
                <w:rFonts w:cs="Times New Roman"/>
                <w:sz w:val="22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51351">
              <w:rPr>
                <w:rFonts w:cs="Times New Roman"/>
                <w:sz w:val="22"/>
              </w:rPr>
              <w:instrText xml:space="preserve"> FORMCHECKBOX </w:instrText>
            </w:r>
            <w:r w:rsidRPr="00851351">
              <w:rPr>
                <w:rFonts w:cs="Times New Roman"/>
                <w:sz w:val="22"/>
              </w:rPr>
            </w:r>
            <w:r w:rsidRPr="00851351">
              <w:rPr>
                <w:rFonts w:cs="Times New Roman"/>
                <w:sz w:val="22"/>
              </w:rPr>
              <w:fldChar w:fldCharType="separate"/>
            </w:r>
            <w:r w:rsidRPr="00851351">
              <w:rPr>
                <w:rFonts w:ascii="Segoe UI Symbol" w:hAnsi="Segoe UI Symbol" w:cs="Segoe UI Symbol"/>
                <w:sz w:val="22"/>
              </w:rPr>
              <w:t>☐</w:t>
            </w:r>
            <w:r w:rsidRPr="00851351">
              <w:rPr>
                <w:rFonts w:cs="Times New Roman"/>
                <w:sz w:val="22"/>
              </w:rPr>
              <w:fldChar w:fldCharType="end"/>
            </w:r>
            <w:r w:rsidRPr="00851351">
              <w:rPr>
                <w:rFonts w:cs="Times New Roman"/>
                <w:sz w:val="22"/>
              </w:rPr>
              <w:t xml:space="preserve">7 dana u </w:t>
            </w:r>
            <w:proofErr w:type="spellStart"/>
            <w:r w:rsidRPr="00851351">
              <w:rPr>
                <w:rFonts w:cs="Times New Roman"/>
                <w:sz w:val="22"/>
              </w:rPr>
              <w:t>nedelji</w:t>
            </w:r>
            <w:proofErr w:type="spellEnd"/>
            <w:r w:rsidRPr="00851351">
              <w:rPr>
                <w:rFonts w:cs="Times New Roman"/>
                <w:sz w:val="22"/>
              </w:rPr>
              <w:t xml:space="preserve">     </w:t>
            </w:r>
            <w:proofErr w:type="spellStart"/>
            <w:r w:rsidRPr="00851351">
              <w:rPr>
                <w:rFonts w:cs="Times New Roman"/>
                <w:sz w:val="22"/>
              </w:rPr>
              <w:t>drugo</w:t>
            </w:r>
            <w:proofErr w:type="spellEnd"/>
            <w:r w:rsidRPr="00851351">
              <w:rPr>
                <w:rFonts w:cs="Times New Roman"/>
                <w:sz w:val="22"/>
              </w:rPr>
              <w:t>: __________</w:t>
            </w:r>
          </w:p>
        </w:tc>
      </w:tr>
      <w:tr w:rsidR="003171E1" w:rsidRPr="00851351" w14:paraId="383F47AA" w14:textId="77777777" w:rsidTr="009F7A0E">
        <w:trPr>
          <w:jc w:val="center"/>
        </w:trPr>
        <w:tc>
          <w:tcPr>
            <w:tcW w:w="10536" w:type="dxa"/>
            <w:gridSpan w:val="2"/>
            <w:shd w:val="clear" w:color="auto" w:fill="8EC5F4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2CF46E7C" w14:textId="77777777" w:rsidR="003171E1" w:rsidRPr="00851351" w:rsidRDefault="00782DB7">
            <w:pPr>
              <w:rPr>
                <w:rFonts w:cs="Times New Roman"/>
                <w:sz w:val="22"/>
              </w:rPr>
            </w:pPr>
            <w:r w:rsidRPr="00851351">
              <w:rPr>
                <w:rFonts w:cs="Times New Roman"/>
                <w:b/>
                <w:sz w:val="22"/>
              </w:rPr>
              <w:t>Predmet i obim ocenjivanja / sertifikacije</w:t>
            </w:r>
          </w:p>
        </w:tc>
      </w:tr>
      <w:tr w:rsidR="003171E1" w:rsidRPr="00851351" w14:paraId="3B125D08" w14:textId="77777777" w:rsidTr="009F7A0E">
        <w:trPr>
          <w:jc w:val="center"/>
        </w:trPr>
        <w:tc>
          <w:tcPr>
            <w:tcW w:w="5266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6EAD1C92" w14:textId="77777777" w:rsidR="003171E1" w:rsidRPr="00851351" w:rsidRDefault="00782DB7">
            <w:pPr>
              <w:rPr>
                <w:rFonts w:cs="Times New Roman"/>
                <w:sz w:val="22"/>
              </w:rPr>
            </w:pPr>
            <w:r w:rsidRPr="00851351">
              <w:rPr>
                <w:rFonts w:cs="Times New Roman"/>
                <w:sz w:val="22"/>
              </w:rPr>
              <w:t>Delatnost i željeni obim sertifikacije (proizvodi, usluge i procesi)</w:t>
            </w:r>
          </w:p>
        </w:tc>
        <w:tc>
          <w:tcPr>
            <w:tcW w:w="5270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022E08C0" w14:textId="77777777" w:rsidR="003171E1" w:rsidRPr="00851351" w:rsidRDefault="00782DB7">
            <w:pPr>
              <w:rPr>
                <w:rFonts w:cs="Times New Roman"/>
                <w:sz w:val="22"/>
              </w:rPr>
            </w:pPr>
            <w:r w:rsidRPr="00851351">
              <w:rPr>
                <w:rFonts w:cs="Times New Roman"/>
                <w:sz w:val="22"/>
              </w:rPr>
              <w:br/>
            </w:r>
          </w:p>
        </w:tc>
      </w:tr>
      <w:tr w:rsidR="003171E1" w:rsidRPr="00851351" w14:paraId="7F0D5EAC" w14:textId="77777777" w:rsidTr="009F7A0E">
        <w:trPr>
          <w:jc w:val="center"/>
        </w:trPr>
        <w:tc>
          <w:tcPr>
            <w:tcW w:w="5266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4A87C6FD" w14:textId="77777777" w:rsidR="003171E1" w:rsidRPr="00851351" w:rsidRDefault="00782DB7">
            <w:pPr>
              <w:rPr>
                <w:rFonts w:cs="Times New Roman"/>
                <w:sz w:val="22"/>
              </w:rPr>
            </w:pPr>
            <w:r w:rsidRPr="00851351">
              <w:rPr>
                <w:rFonts w:cs="Times New Roman"/>
                <w:sz w:val="22"/>
              </w:rPr>
              <w:t>Da li organizacija vrši projektovanje i razvoj?</w:t>
            </w:r>
          </w:p>
        </w:tc>
        <w:tc>
          <w:tcPr>
            <w:tcW w:w="5270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55E9A28A" w14:textId="77777777" w:rsidR="003171E1" w:rsidRPr="00851351" w:rsidRDefault="00782DB7">
            <w:pPr>
              <w:rPr>
                <w:rFonts w:cs="Times New Roman"/>
                <w:sz w:val="22"/>
              </w:rPr>
            </w:pPr>
            <w:r w:rsidRPr="00851351">
              <w:rPr>
                <w:rFonts w:cs="Times New Roman"/>
                <w:sz w:val="22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51351">
              <w:rPr>
                <w:rFonts w:cs="Times New Roman"/>
                <w:sz w:val="22"/>
              </w:rPr>
              <w:instrText xml:space="preserve"> FORMCHECKBOX </w:instrText>
            </w:r>
            <w:r w:rsidRPr="00851351">
              <w:rPr>
                <w:rFonts w:cs="Times New Roman"/>
                <w:sz w:val="22"/>
              </w:rPr>
            </w:r>
            <w:r w:rsidRPr="00851351">
              <w:rPr>
                <w:rFonts w:cs="Times New Roman"/>
                <w:sz w:val="22"/>
              </w:rPr>
              <w:fldChar w:fldCharType="separate"/>
            </w:r>
            <w:r w:rsidRPr="00851351">
              <w:rPr>
                <w:rFonts w:ascii="Segoe UI Symbol" w:hAnsi="Segoe UI Symbol" w:cs="Segoe UI Symbol"/>
                <w:sz w:val="22"/>
              </w:rPr>
              <w:t>☐</w:t>
            </w:r>
            <w:r w:rsidRPr="00851351">
              <w:rPr>
                <w:rFonts w:cs="Times New Roman"/>
                <w:sz w:val="22"/>
              </w:rPr>
              <w:fldChar w:fldCharType="end"/>
            </w:r>
            <w:r w:rsidRPr="00851351">
              <w:rPr>
                <w:rFonts w:cs="Times New Roman"/>
                <w:sz w:val="22"/>
              </w:rPr>
              <w:t>Da</w:t>
            </w:r>
            <w:r w:rsidR="009F7A0E" w:rsidRPr="00851351">
              <w:rPr>
                <w:rFonts w:cs="Times New Roman"/>
                <w:sz w:val="22"/>
              </w:rPr>
              <w:t xml:space="preserve">       </w:t>
            </w:r>
            <w:r w:rsidRPr="00851351">
              <w:rPr>
                <w:rFonts w:cs="Times New Roman"/>
                <w:sz w:val="22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51351">
              <w:rPr>
                <w:rFonts w:cs="Times New Roman"/>
                <w:sz w:val="22"/>
              </w:rPr>
              <w:instrText xml:space="preserve"> FORMCHECKBOX </w:instrText>
            </w:r>
            <w:r w:rsidRPr="00851351">
              <w:rPr>
                <w:rFonts w:cs="Times New Roman"/>
                <w:sz w:val="22"/>
              </w:rPr>
            </w:r>
            <w:r w:rsidRPr="00851351">
              <w:rPr>
                <w:rFonts w:cs="Times New Roman"/>
                <w:sz w:val="22"/>
              </w:rPr>
              <w:fldChar w:fldCharType="separate"/>
            </w:r>
            <w:r w:rsidRPr="00851351">
              <w:rPr>
                <w:rFonts w:ascii="Segoe UI Symbol" w:hAnsi="Segoe UI Symbol" w:cs="Segoe UI Symbol"/>
                <w:sz w:val="22"/>
              </w:rPr>
              <w:t>☐</w:t>
            </w:r>
            <w:r w:rsidRPr="00851351">
              <w:rPr>
                <w:rFonts w:cs="Times New Roman"/>
                <w:sz w:val="22"/>
              </w:rPr>
              <w:fldChar w:fldCharType="end"/>
            </w:r>
            <w:r w:rsidRPr="00851351">
              <w:rPr>
                <w:rFonts w:cs="Times New Roman"/>
                <w:sz w:val="22"/>
              </w:rPr>
              <w:t>Ne</w:t>
            </w:r>
            <w:r w:rsidR="009F7A0E" w:rsidRPr="00851351">
              <w:rPr>
                <w:rFonts w:cs="Times New Roman"/>
                <w:sz w:val="22"/>
              </w:rPr>
              <w:t xml:space="preserve">        </w:t>
            </w:r>
            <w:r w:rsidRPr="00851351">
              <w:rPr>
                <w:rFonts w:cs="Times New Roman"/>
                <w:sz w:val="22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51351">
              <w:rPr>
                <w:rFonts w:cs="Times New Roman"/>
                <w:sz w:val="22"/>
              </w:rPr>
              <w:instrText xml:space="preserve"> FORMCHECKBOX </w:instrText>
            </w:r>
            <w:r w:rsidRPr="00851351">
              <w:rPr>
                <w:rFonts w:cs="Times New Roman"/>
                <w:sz w:val="22"/>
              </w:rPr>
            </w:r>
            <w:r w:rsidRPr="00851351">
              <w:rPr>
                <w:rFonts w:cs="Times New Roman"/>
                <w:sz w:val="22"/>
              </w:rPr>
              <w:fldChar w:fldCharType="separate"/>
            </w:r>
            <w:r w:rsidRPr="00851351">
              <w:rPr>
                <w:rFonts w:ascii="Segoe UI Symbol" w:hAnsi="Segoe UI Symbol" w:cs="Segoe UI Symbol"/>
                <w:sz w:val="22"/>
              </w:rPr>
              <w:t>☐</w:t>
            </w:r>
            <w:r w:rsidRPr="00851351">
              <w:rPr>
                <w:rFonts w:cs="Times New Roman"/>
                <w:sz w:val="22"/>
              </w:rPr>
              <w:fldChar w:fldCharType="end"/>
            </w:r>
            <w:proofErr w:type="spellStart"/>
            <w:r w:rsidRPr="00851351">
              <w:rPr>
                <w:rFonts w:cs="Times New Roman"/>
                <w:sz w:val="22"/>
              </w:rPr>
              <w:t>Nije</w:t>
            </w:r>
            <w:proofErr w:type="spellEnd"/>
            <w:r w:rsidRPr="00851351">
              <w:rPr>
                <w:rFonts w:cs="Times New Roman"/>
                <w:sz w:val="22"/>
              </w:rPr>
              <w:t xml:space="preserve"> </w:t>
            </w:r>
            <w:proofErr w:type="spellStart"/>
            <w:r w:rsidRPr="00851351">
              <w:rPr>
                <w:rFonts w:cs="Times New Roman"/>
                <w:sz w:val="22"/>
              </w:rPr>
              <w:t>primenljivo</w:t>
            </w:r>
            <w:proofErr w:type="spellEnd"/>
          </w:p>
        </w:tc>
      </w:tr>
      <w:tr w:rsidR="003171E1" w:rsidRPr="00851351" w14:paraId="093449AF" w14:textId="77777777" w:rsidTr="009F7A0E">
        <w:trPr>
          <w:jc w:val="center"/>
        </w:trPr>
        <w:tc>
          <w:tcPr>
            <w:tcW w:w="5266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3EF5E4D2" w14:textId="77777777" w:rsidR="003171E1" w:rsidRPr="00851351" w:rsidRDefault="00782DB7">
            <w:pPr>
              <w:rPr>
                <w:rFonts w:cs="Times New Roman"/>
                <w:sz w:val="22"/>
              </w:rPr>
            </w:pPr>
            <w:r w:rsidRPr="00851351">
              <w:rPr>
                <w:rFonts w:cs="Times New Roman"/>
                <w:sz w:val="22"/>
              </w:rPr>
              <w:t>Standard/i za koje se traži ocenjivanje</w:t>
            </w:r>
          </w:p>
        </w:tc>
        <w:tc>
          <w:tcPr>
            <w:tcW w:w="5270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7A581B56" w14:textId="77777777" w:rsidR="009F7A0E" w:rsidRPr="00851351" w:rsidRDefault="00782DB7" w:rsidP="009F7A0E">
            <w:pPr>
              <w:rPr>
                <w:rFonts w:cs="Times New Roman"/>
                <w:sz w:val="22"/>
              </w:rPr>
            </w:pPr>
            <w:r w:rsidRPr="00851351">
              <w:rPr>
                <w:rFonts w:cs="Times New Roman"/>
                <w:sz w:val="22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51351">
              <w:rPr>
                <w:rFonts w:cs="Times New Roman"/>
                <w:sz w:val="22"/>
              </w:rPr>
              <w:instrText xml:space="preserve"> FORMCHECKBOX </w:instrText>
            </w:r>
            <w:r w:rsidRPr="00851351">
              <w:rPr>
                <w:rFonts w:cs="Times New Roman"/>
                <w:sz w:val="22"/>
              </w:rPr>
            </w:r>
            <w:r w:rsidRPr="00851351">
              <w:rPr>
                <w:rFonts w:cs="Times New Roman"/>
                <w:sz w:val="22"/>
              </w:rPr>
              <w:fldChar w:fldCharType="separate"/>
            </w:r>
            <w:r w:rsidRPr="00851351">
              <w:rPr>
                <w:rFonts w:ascii="Segoe UI Symbol" w:hAnsi="Segoe UI Symbol" w:cs="Segoe UI Symbol"/>
                <w:sz w:val="22"/>
              </w:rPr>
              <w:t>☐</w:t>
            </w:r>
            <w:r w:rsidRPr="00851351">
              <w:rPr>
                <w:rFonts w:cs="Times New Roman"/>
                <w:sz w:val="22"/>
              </w:rPr>
              <w:fldChar w:fldCharType="end"/>
            </w:r>
            <w:r w:rsidRPr="00851351">
              <w:rPr>
                <w:rFonts w:cs="Times New Roman"/>
                <w:sz w:val="22"/>
              </w:rPr>
              <w:t>ISO 9001</w:t>
            </w:r>
            <w:r w:rsidR="009F7A0E" w:rsidRPr="00851351">
              <w:rPr>
                <w:rFonts w:cs="Times New Roman"/>
                <w:sz w:val="22"/>
              </w:rPr>
              <w:t xml:space="preserve">     </w:t>
            </w:r>
            <w:r w:rsidRPr="00851351">
              <w:rPr>
                <w:rFonts w:cs="Times New Roman"/>
                <w:sz w:val="22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51351">
              <w:rPr>
                <w:rFonts w:cs="Times New Roman"/>
                <w:sz w:val="22"/>
              </w:rPr>
              <w:instrText xml:space="preserve"> FORMCHECKBOX </w:instrText>
            </w:r>
            <w:r w:rsidRPr="00851351">
              <w:rPr>
                <w:rFonts w:cs="Times New Roman"/>
                <w:sz w:val="22"/>
              </w:rPr>
            </w:r>
            <w:r w:rsidRPr="00851351">
              <w:rPr>
                <w:rFonts w:cs="Times New Roman"/>
                <w:sz w:val="22"/>
              </w:rPr>
              <w:fldChar w:fldCharType="separate"/>
            </w:r>
            <w:r w:rsidRPr="00851351">
              <w:rPr>
                <w:rFonts w:ascii="Segoe UI Symbol" w:hAnsi="Segoe UI Symbol" w:cs="Segoe UI Symbol"/>
                <w:sz w:val="22"/>
              </w:rPr>
              <w:t>☐</w:t>
            </w:r>
            <w:r w:rsidRPr="00851351">
              <w:rPr>
                <w:rFonts w:cs="Times New Roman"/>
                <w:sz w:val="22"/>
              </w:rPr>
              <w:fldChar w:fldCharType="end"/>
            </w:r>
            <w:r w:rsidRPr="00851351">
              <w:rPr>
                <w:rFonts w:cs="Times New Roman"/>
                <w:sz w:val="22"/>
              </w:rPr>
              <w:t>ISO 14001</w:t>
            </w:r>
            <w:r w:rsidRPr="00851351">
              <w:rPr>
                <w:rFonts w:cs="Times New Roman"/>
                <w:sz w:val="22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51351">
              <w:rPr>
                <w:rFonts w:cs="Times New Roman"/>
                <w:sz w:val="22"/>
              </w:rPr>
              <w:instrText xml:space="preserve"> FORMCHECKBOX </w:instrText>
            </w:r>
            <w:r w:rsidRPr="00851351">
              <w:rPr>
                <w:rFonts w:cs="Times New Roman"/>
                <w:sz w:val="22"/>
              </w:rPr>
            </w:r>
            <w:r w:rsidRPr="00851351">
              <w:rPr>
                <w:rFonts w:cs="Times New Roman"/>
                <w:sz w:val="22"/>
              </w:rPr>
              <w:fldChar w:fldCharType="separate"/>
            </w:r>
            <w:r w:rsidRPr="00851351">
              <w:rPr>
                <w:rFonts w:ascii="Segoe UI Symbol" w:hAnsi="Segoe UI Symbol" w:cs="Segoe UI Symbol"/>
                <w:sz w:val="22"/>
              </w:rPr>
              <w:t>☐</w:t>
            </w:r>
            <w:r w:rsidRPr="00851351">
              <w:rPr>
                <w:rFonts w:cs="Times New Roman"/>
                <w:sz w:val="22"/>
              </w:rPr>
              <w:fldChar w:fldCharType="end"/>
            </w:r>
            <w:r w:rsidRPr="00851351">
              <w:rPr>
                <w:rFonts w:cs="Times New Roman"/>
                <w:sz w:val="22"/>
              </w:rPr>
              <w:t>ISO 45001</w:t>
            </w:r>
            <w:r w:rsidR="009F7A0E" w:rsidRPr="00851351">
              <w:rPr>
                <w:rFonts w:cs="Times New Roman"/>
                <w:sz w:val="22"/>
              </w:rPr>
              <w:t xml:space="preserve">              </w:t>
            </w:r>
            <w:r w:rsidRPr="00851351">
              <w:rPr>
                <w:rFonts w:cs="Times New Roman"/>
                <w:sz w:val="22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51351">
              <w:rPr>
                <w:rFonts w:cs="Times New Roman"/>
                <w:sz w:val="22"/>
              </w:rPr>
              <w:instrText xml:space="preserve"> FORMCHECKBOX </w:instrText>
            </w:r>
            <w:r w:rsidRPr="00851351">
              <w:rPr>
                <w:rFonts w:cs="Times New Roman"/>
                <w:sz w:val="22"/>
              </w:rPr>
            </w:r>
            <w:r w:rsidRPr="00851351">
              <w:rPr>
                <w:rFonts w:cs="Times New Roman"/>
                <w:sz w:val="22"/>
              </w:rPr>
              <w:fldChar w:fldCharType="separate"/>
            </w:r>
            <w:r w:rsidRPr="00851351">
              <w:rPr>
                <w:rFonts w:ascii="Segoe UI Symbol" w:hAnsi="Segoe UI Symbol" w:cs="Segoe UI Symbol"/>
                <w:sz w:val="22"/>
              </w:rPr>
              <w:t>☐</w:t>
            </w:r>
            <w:r w:rsidRPr="00851351">
              <w:rPr>
                <w:rFonts w:cs="Times New Roman"/>
                <w:sz w:val="22"/>
              </w:rPr>
              <w:fldChar w:fldCharType="end"/>
            </w:r>
            <w:r w:rsidRPr="00851351">
              <w:rPr>
                <w:rFonts w:cs="Times New Roman"/>
                <w:sz w:val="22"/>
              </w:rPr>
              <w:t>ISO 22000</w:t>
            </w:r>
            <w:r w:rsidR="009F7A0E" w:rsidRPr="00851351">
              <w:rPr>
                <w:rFonts w:cs="Times New Roman"/>
                <w:sz w:val="22"/>
              </w:rPr>
              <w:t xml:space="preserve">   </w:t>
            </w:r>
            <w:r w:rsidRPr="00851351">
              <w:rPr>
                <w:rFonts w:cs="Times New Roman"/>
                <w:sz w:val="22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51351">
              <w:rPr>
                <w:rFonts w:cs="Times New Roman"/>
                <w:sz w:val="22"/>
              </w:rPr>
              <w:instrText xml:space="preserve"> FORMCHECKBOX </w:instrText>
            </w:r>
            <w:r w:rsidRPr="00851351">
              <w:rPr>
                <w:rFonts w:cs="Times New Roman"/>
                <w:sz w:val="22"/>
              </w:rPr>
            </w:r>
            <w:r w:rsidRPr="00851351">
              <w:rPr>
                <w:rFonts w:cs="Times New Roman"/>
                <w:sz w:val="22"/>
              </w:rPr>
              <w:fldChar w:fldCharType="separate"/>
            </w:r>
            <w:r w:rsidRPr="00851351">
              <w:rPr>
                <w:rFonts w:ascii="Segoe UI Symbol" w:hAnsi="Segoe UI Symbol" w:cs="Segoe UI Symbol"/>
                <w:sz w:val="22"/>
              </w:rPr>
              <w:t>☐</w:t>
            </w:r>
            <w:r w:rsidRPr="00851351">
              <w:rPr>
                <w:rFonts w:cs="Times New Roman"/>
                <w:sz w:val="22"/>
              </w:rPr>
              <w:fldChar w:fldCharType="end"/>
            </w:r>
            <w:r w:rsidRPr="00851351">
              <w:rPr>
                <w:rFonts w:cs="Times New Roman"/>
                <w:sz w:val="22"/>
              </w:rPr>
              <w:t>ISO 22301</w:t>
            </w:r>
            <w:r w:rsidRPr="00851351">
              <w:rPr>
                <w:rFonts w:cs="Times New Roman"/>
                <w:sz w:val="22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51351">
              <w:rPr>
                <w:rFonts w:cs="Times New Roman"/>
                <w:sz w:val="22"/>
              </w:rPr>
              <w:instrText xml:space="preserve"> FORMCHECKBOX </w:instrText>
            </w:r>
            <w:r w:rsidRPr="00851351">
              <w:rPr>
                <w:rFonts w:cs="Times New Roman"/>
                <w:sz w:val="22"/>
              </w:rPr>
            </w:r>
            <w:r w:rsidRPr="00851351">
              <w:rPr>
                <w:rFonts w:cs="Times New Roman"/>
                <w:sz w:val="22"/>
              </w:rPr>
              <w:fldChar w:fldCharType="separate"/>
            </w:r>
            <w:r w:rsidRPr="00851351">
              <w:rPr>
                <w:rFonts w:ascii="Segoe UI Symbol" w:hAnsi="Segoe UI Symbol" w:cs="Segoe UI Symbol"/>
                <w:sz w:val="22"/>
              </w:rPr>
              <w:t>☐</w:t>
            </w:r>
            <w:r w:rsidRPr="00851351">
              <w:rPr>
                <w:rFonts w:cs="Times New Roman"/>
                <w:sz w:val="22"/>
              </w:rPr>
              <w:fldChar w:fldCharType="end"/>
            </w:r>
            <w:r w:rsidR="009F7A0E" w:rsidRPr="00851351">
              <w:rPr>
                <w:rFonts w:cs="Times New Roman"/>
                <w:sz w:val="22"/>
              </w:rPr>
              <w:t xml:space="preserve">ISO 50001                              </w:t>
            </w:r>
            <w:r w:rsidR="009F7A0E" w:rsidRPr="00851351">
              <w:rPr>
                <w:rFonts w:cs="Times New Roman"/>
                <w:sz w:val="22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F7A0E" w:rsidRPr="00851351">
              <w:rPr>
                <w:rFonts w:cs="Times New Roman"/>
                <w:sz w:val="22"/>
              </w:rPr>
              <w:instrText xml:space="preserve"> FORMCHECKBOX </w:instrText>
            </w:r>
            <w:r w:rsidR="009F7A0E" w:rsidRPr="00851351">
              <w:rPr>
                <w:rFonts w:cs="Times New Roman"/>
                <w:sz w:val="22"/>
              </w:rPr>
            </w:r>
            <w:r w:rsidR="009F7A0E" w:rsidRPr="00851351">
              <w:rPr>
                <w:rFonts w:cs="Times New Roman"/>
                <w:sz w:val="22"/>
              </w:rPr>
              <w:fldChar w:fldCharType="separate"/>
            </w:r>
            <w:r w:rsidR="009F7A0E" w:rsidRPr="00851351">
              <w:rPr>
                <w:rFonts w:ascii="Segoe UI Symbol" w:hAnsi="Segoe UI Symbol" w:cs="Segoe UI Symbol"/>
                <w:sz w:val="22"/>
              </w:rPr>
              <w:t>☐</w:t>
            </w:r>
            <w:r w:rsidR="009F7A0E" w:rsidRPr="00851351">
              <w:rPr>
                <w:rFonts w:cs="Times New Roman"/>
                <w:sz w:val="22"/>
              </w:rPr>
              <w:fldChar w:fldCharType="end"/>
            </w:r>
            <w:r w:rsidR="009F7A0E" w:rsidRPr="00851351">
              <w:rPr>
                <w:rFonts w:cs="Times New Roman"/>
                <w:sz w:val="22"/>
              </w:rPr>
              <w:t xml:space="preserve">ISO/IEC 27001 </w:t>
            </w:r>
          </w:p>
          <w:p w14:paraId="211DA449" w14:textId="77777777" w:rsidR="003171E1" w:rsidRPr="00851351" w:rsidRDefault="00782DB7" w:rsidP="009F7A0E">
            <w:pPr>
              <w:rPr>
                <w:rFonts w:cs="Times New Roman"/>
                <w:sz w:val="22"/>
              </w:rPr>
            </w:pPr>
            <w:proofErr w:type="spellStart"/>
            <w:r w:rsidRPr="00851351">
              <w:rPr>
                <w:rFonts w:cs="Times New Roman"/>
                <w:sz w:val="22"/>
              </w:rPr>
              <w:t>Drugo</w:t>
            </w:r>
            <w:proofErr w:type="spellEnd"/>
            <w:r w:rsidRPr="00851351">
              <w:rPr>
                <w:rFonts w:cs="Times New Roman"/>
                <w:sz w:val="22"/>
              </w:rPr>
              <w:t>: ______________________________</w:t>
            </w:r>
          </w:p>
        </w:tc>
      </w:tr>
      <w:tr w:rsidR="003171E1" w:rsidRPr="00851351" w14:paraId="75787B6E" w14:textId="77777777" w:rsidTr="009F7A0E">
        <w:trPr>
          <w:jc w:val="center"/>
        </w:trPr>
        <w:tc>
          <w:tcPr>
            <w:tcW w:w="5266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35FB64CA" w14:textId="77777777" w:rsidR="003171E1" w:rsidRPr="00851351" w:rsidRDefault="00782DB7">
            <w:pPr>
              <w:rPr>
                <w:rFonts w:cs="Times New Roman"/>
                <w:sz w:val="22"/>
              </w:rPr>
            </w:pPr>
            <w:r w:rsidRPr="00851351">
              <w:rPr>
                <w:rFonts w:cs="Times New Roman"/>
                <w:sz w:val="22"/>
              </w:rPr>
              <w:t>Da li se traži integrisana provera više sistema?</w:t>
            </w:r>
          </w:p>
        </w:tc>
        <w:tc>
          <w:tcPr>
            <w:tcW w:w="5270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0856654A" w14:textId="77777777" w:rsidR="003171E1" w:rsidRPr="00851351" w:rsidRDefault="00782DB7">
            <w:pPr>
              <w:rPr>
                <w:rFonts w:cs="Times New Roman"/>
                <w:sz w:val="22"/>
              </w:rPr>
            </w:pPr>
            <w:r w:rsidRPr="00851351">
              <w:rPr>
                <w:rFonts w:cs="Times New Roman"/>
                <w:sz w:val="22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51351">
              <w:rPr>
                <w:rFonts w:cs="Times New Roman"/>
                <w:sz w:val="22"/>
              </w:rPr>
              <w:instrText xml:space="preserve"> FORMCHECKBOX </w:instrText>
            </w:r>
            <w:r w:rsidRPr="00851351">
              <w:rPr>
                <w:rFonts w:cs="Times New Roman"/>
                <w:sz w:val="22"/>
              </w:rPr>
            </w:r>
            <w:r w:rsidRPr="00851351">
              <w:rPr>
                <w:rFonts w:cs="Times New Roman"/>
                <w:sz w:val="22"/>
              </w:rPr>
              <w:fldChar w:fldCharType="separate"/>
            </w:r>
            <w:r w:rsidRPr="00851351">
              <w:rPr>
                <w:rFonts w:ascii="Segoe UI Symbol" w:hAnsi="Segoe UI Symbol" w:cs="Segoe UI Symbol"/>
                <w:sz w:val="22"/>
              </w:rPr>
              <w:t>☐</w:t>
            </w:r>
            <w:r w:rsidRPr="00851351">
              <w:rPr>
                <w:rFonts w:cs="Times New Roman"/>
                <w:sz w:val="22"/>
              </w:rPr>
              <w:fldChar w:fldCharType="end"/>
            </w:r>
            <w:r w:rsidRPr="00851351">
              <w:rPr>
                <w:rFonts w:cs="Times New Roman"/>
                <w:sz w:val="22"/>
              </w:rPr>
              <w:t>Da</w:t>
            </w:r>
            <w:r w:rsidR="007C5D6A" w:rsidRPr="00851351">
              <w:rPr>
                <w:rFonts w:cs="Times New Roman"/>
                <w:sz w:val="22"/>
              </w:rPr>
              <w:t xml:space="preserve">            </w:t>
            </w:r>
            <w:r w:rsidRPr="00851351">
              <w:rPr>
                <w:rFonts w:cs="Times New Roman"/>
                <w:sz w:val="22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51351">
              <w:rPr>
                <w:rFonts w:cs="Times New Roman"/>
                <w:sz w:val="22"/>
              </w:rPr>
              <w:instrText xml:space="preserve"> FORMCHECKBOX </w:instrText>
            </w:r>
            <w:r w:rsidRPr="00851351">
              <w:rPr>
                <w:rFonts w:cs="Times New Roman"/>
                <w:sz w:val="22"/>
              </w:rPr>
            </w:r>
            <w:r w:rsidRPr="00851351">
              <w:rPr>
                <w:rFonts w:cs="Times New Roman"/>
                <w:sz w:val="22"/>
              </w:rPr>
              <w:fldChar w:fldCharType="separate"/>
            </w:r>
            <w:r w:rsidRPr="00851351">
              <w:rPr>
                <w:rFonts w:ascii="Segoe UI Symbol" w:hAnsi="Segoe UI Symbol" w:cs="Segoe UI Symbol"/>
                <w:sz w:val="22"/>
              </w:rPr>
              <w:t>☐</w:t>
            </w:r>
            <w:r w:rsidRPr="00851351">
              <w:rPr>
                <w:rFonts w:cs="Times New Roman"/>
                <w:sz w:val="22"/>
              </w:rPr>
              <w:fldChar w:fldCharType="end"/>
            </w:r>
            <w:r w:rsidRPr="00851351">
              <w:rPr>
                <w:rFonts w:cs="Times New Roman"/>
                <w:sz w:val="22"/>
              </w:rPr>
              <w:t xml:space="preserve">Ne    Ako da, </w:t>
            </w:r>
            <w:proofErr w:type="spellStart"/>
            <w:r w:rsidRPr="00851351">
              <w:rPr>
                <w:rFonts w:cs="Times New Roman"/>
                <w:sz w:val="22"/>
              </w:rPr>
              <w:t>nave</w:t>
            </w:r>
            <w:r w:rsidR="009F7A0E" w:rsidRPr="00851351">
              <w:rPr>
                <w:rFonts w:cs="Times New Roman"/>
                <w:sz w:val="22"/>
              </w:rPr>
              <w:t>dite</w:t>
            </w:r>
            <w:proofErr w:type="spellEnd"/>
            <w:r w:rsidR="009F7A0E" w:rsidRPr="00851351">
              <w:rPr>
                <w:rFonts w:cs="Times New Roman"/>
                <w:sz w:val="22"/>
              </w:rPr>
              <w:t xml:space="preserve">: </w:t>
            </w:r>
          </w:p>
        </w:tc>
      </w:tr>
      <w:tr w:rsidR="003171E1" w:rsidRPr="00851351" w14:paraId="420AB478" w14:textId="77777777" w:rsidTr="009F7A0E">
        <w:trPr>
          <w:jc w:val="center"/>
        </w:trPr>
        <w:tc>
          <w:tcPr>
            <w:tcW w:w="5266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2A2429F7" w14:textId="77777777" w:rsidR="003171E1" w:rsidRPr="00851351" w:rsidRDefault="00782DB7">
            <w:pPr>
              <w:rPr>
                <w:rFonts w:cs="Times New Roman"/>
                <w:sz w:val="22"/>
              </w:rPr>
            </w:pPr>
            <w:r w:rsidRPr="00851351">
              <w:rPr>
                <w:rFonts w:cs="Times New Roman"/>
                <w:sz w:val="22"/>
              </w:rPr>
              <w:t>Da li postoji rok / željeni termin za sprovođenje provere?</w:t>
            </w:r>
          </w:p>
        </w:tc>
        <w:tc>
          <w:tcPr>
            <w:tcW w:w="5270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486ABE13" w14:textId="73169086" w:rsidR="003171E1" w:rsidRPr="00851351" w:rsidRDefault="00851351">
            <w:pPr>
              <w:rPr>
                <w:rFonts w:cs="Times New Roman"/>
                <w:sz w:val="22"/>
              </w:rPr>
            </w:pPr>
            <w:r w:rsidRPr="00851351">
              <w:rPr>
                <w:rFonts w:cs="Times New Roman"/>
                <w:sz w:val="22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51351">
              <w:rPr>
                <w:rFonts w:cs="Times New Roman"/>
                <w:sz w:val="22"/>
              </w:rPr>
              <w:instrText xml:space="preserve"> FORMCHECKBOX </w:instrText>
            </w:r>
            <w:r w:rsidRPr="00851351">
              <w:rPr>
                <w:rFonts w:cs="Times New Roman"/>
                <w:sz w:val="22"/>
              </w:rPr>
            </w:r>
            <w:r w:rsidRPr="00851351">
              <w:rPr>
                <w:rFonts w:cs="Times New Roman"/>
                <w:sz w:val="22"/>
              </w:rPr>
              <w:fldChar w:fldCharType="separate"/>
            </w:r>
            <w:r w:rsidRPr="00851351">
              <w:rPr>
                <w:rFonts w:ascii="Segoe UI Symbol" w:hAnsi="Segoe UI Symbol" w:cs="Segoe UI Symbol"/>
                <w:sz w:val="22"/>
              </w:rPr>
              <w:t>☐</w:t>
            </w:r>
            <w:r w:rsidRPr="00851351">
              <w:rPr>
                <w:rFonts w:cs="Times New Roman"/>
                <w:sz w:val="22"/>
              </w:rPr>
              <w:fldChar w:fldCharType="end"/>
            </w:r>
            <w:r w:rsidRPr="00851351">
              <w:rPr>
                <w:rFonts w:cs="Times New Roman"/>
                <w:sz w:val="22"/>
              </w:rPr>
              <w:t xml:space="preserve">Da            </w:t>
            </w:r>
            <w:r w:rsidRPr="00851351">
              <w:rPr>
                <w:rFonts w:cs="Times New Roman"/>
                <w:sz w:val="22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51351">
              <w:rPr>
                <w:rFonts w:cs="Times New Roman"/>
                <w:sz w:val="22"/>
              </w:rPr>
              <w:instrText xml:space="preserve"> FORMCHECKBOX </w:instrText>
            </w:r>
            <w:r w:rsidRPr="00851351">
              <w:rPr>
                <w:rFonts w:cs="Times New Roman"/>
                <w:sz w:val="22"/>
              </w:rPr>
            </w:r>
            <w:r w:rsidRPr="00851351">
              <w:rPr>
                <w:rFonts w:cs="Times New Roman"/>
                <w:sz w:val="22"/>
              </w:rPr>
              <w:fldChar w:fldCharType="separate"/>
            </w:r>
            <w:r w:rsidRPr="00851351">
              <w:rPr>
                <w:rFonts w:ascii="Segoe UI Symbol" w:hAnsi="Segoe UI Symbol" w:cs="Segoe UI Symbol"/>
                <w:sz w:val="22"/>
              </w:rPr>
              <w:t>☐</w:t>
            </w:r>
            <w:r w:rsidRPr="00851351">
              <w:rPr>
                <w:rFonts w:cs="Times New Roman"/>
                <w:sz w:val="22"/>
              </w:rPr>
              <w:fldChar w:fldCharType="end"/>
            </w:r>
            <w:r w:rsidRPr="00851351">
              <w:rPr>
                <w:rFonts w:cs="Times New Roman"/>
                <w:sz w:val="22"/>
              </w:rPr>
              <w:t xml:space="preserve">Ne    Ako da, </w:t>
            </w:r>
            <w:proofErr w:type="spellStart"/>
            <w:r w:rsidRPr="00851351">
              <w:rPr>
                <w:rFonts w:cs="Times New Roman"/>
                <w:sz w:val="22"/>
              </w:rPr>
              <w:t>navedite</w:t>
            </w:r>
            <w:proofErr w:type="spellEnd"/>
            <w:r w:rsidRPr="00851351">
              <w:rPr>
                <w:rFonts w:cs="Times New Roman"/>
                <w:sz w:val="22"/>
              </w:rPr>
              <w:t>:</w:t>
            </w:r>
          </w:p>
        </w:tc>
      </w:tr>
      <w:tr w:rsidR="003171E1" w:rsidRPr="00851351" w14:paraId="18B84C4A" w14:textId="77777777" w:rsidTr="009F7A0E">
        <w:trPr>
          <w:jc w:val="center"/>
        </w:trPr>
        <w:tc>
          <w:tcPr>
            <w:tcW w:w="10536" w:type="dxa"/>
            <w:gridSpan w:val="2"/>
            <w:shd w:val="clear" w:color="auto" w:fill="8EC5F4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2FBA4A11" w14:textId="77777777" w:rsidR="003171E1" w:rsidRPr="00851351" w:rsidRDefault="00782DB7">
            <w:pPr>
              <w:rPr>
                <w:rFonts w:cs="Times New Roman"/>
                <w:sz w:val="22"/>
              </w:rPr>
            </w:pPr>
            <w:r w:rsidRPr="00851351">
              <w:rPr>
                <w:rFonts w:cs="Times New Roman"/>
                <w:b/>
                <w:sz w:val="22"/>
              </w:rPr>
              <w:t>Lokacije i aktivnosti van sedišta</w:t>
            </w:r>
          </w:p>
        </w:tc>
      </w:tr>
      <w:tr w:rsidR="003171E1" w:rsidRPr="00851351" w14:paraId="11539F64" w14:textId="77777777" w:rsidTr="009F7A0E">
        <w:trPr>
          <w:jc w:val="center"/>
        </w:trPr>
        <w:tc>
          <w:tcPr>
            <w:tcW w:w="5266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71536BC0" w14:textId="77777777" w:rsidR="003171E1" w:rsidRPr="00851351" w:rsidRDefault="00782DB7">
            <w:pPr>
              <w:rPr>
                <w:rFonts w:cs="Times New Roman"/>
                <w:sz w:val="22"/>
              </w:rPr>
            </w:pPr>
            <w:r w:rsidRPr="00851351">
              <w:rPr>
                <w:rFonts w:cs="Times New Roman"/>
                <w:sz w:val="22"/>
              </w:rPr>
              <w:t>Dodatne stalne lokacije koje treba uključiti u obim (adresa, broj zaposlenih i aktivnost na svakoj lokaciji)</w:t>
            </w:r>
          </w:p>
        </w:tc>
        <w:tc>
          <w:tcPr>
            <w:tcW w:w="5270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28599FC9" w14:textId="77777777" w:rsidR="003171E1" w:rsidRPr="00851351" w:rsidRDefault="00782DB7">
            <w:pPr>
              <w:rPr>
                <w:rFonts w:cs="Times New Roman"/>
                <w:sz w:val="22"/>
              </w:rPr>
            </w:pPr>
            <w:r w:rsidRPr="00851351">
              <w:rPr>
                <w:rFonts w:cs="Times New Roman"/>
                <w:sz w:val="22"/>
              </w:rPr>
              <w:t>1.</w:t>
            </w:r>
            <w:r w:rsidRPr="00851351">
              <w:rPr>
                <w:rFonts w:cs="Times New Roman"/>
                <w:sz w:val="22"/>
              </w:rPr>
              <w:br/>
              <w:t>2.</w:t>
            </w:r>
            <w:r w:rsidRPr="00851351">
              <w:rPr>
                <w:rFonts w:cs="Times New Roman"/>
                <w:sz w:val="22"/>
              </w:rPr>
              <w:br/>
              <w:t>3.</w:t>
            </w:r>
          </w:p>
        </w:tc>
      </w:tr>
      <w:tr w:rsidR="003171E1" w:rsidRPr="00851351" w14:paraId="58A0B9D8" w14:textId="77777777" w:rsidTr="009F7A0E">
        <w:trPr>
          <w:jc w:val="center"/>
        </w:trPr>
        <w:tc>
          <w:tcPr>
            <w:tcW w:w="5266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501669BD" w14:textId="77777777" w:rsidR="003171E1" w:rsidRPr="00851351" w:rsidRDefault="00782DB7">
            <w:pPr>
              <w:rPr>
                <w:rFonts w:cs="Times New Roman"/>
                <w:sz w:val="22"/>
              </w:rPr>
            </w:pPr>
            <w:r w:rsidRPr="00851351">
              <w:rPr>
                <w:rFonts w:cs="Times New Roman"/>
                <w:sz w:val="22"/>
              </w:rPr>
              <w:t>Da li se aktivnosti obavljaju na privremenim lokacijama / terenu (gradilišta, servis, montaža, lokacije klijenata i sl.)?</w:t>
            </w:r>
          </w:p>
        </w:tc>
        <w:tc>
          <w:tcPr>
            <w:tcW w:w="5270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06E34A29" w14:textId="77777777" w:rsidR="003171E1" w:rsidRPr="00851351" w:rsidRDefault="00782DB7">
            <w:pPr>
              <w:rPr>
                <w:rFonts w:cs="Times New Roman"/>
                <w:sz w:val="22"/>
              </w:rPr>
            </w:pPr>
            <w:r w:rsidRPr="00851351">
              <w:rPr>
                <w:rFonts w:cs="Times New Roman"/>
                <w:sz w:val="22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51351">
              <w:rPr>
                <w:rFonts w:cs="Times New Roman"/>
                <w:sz w:val="22"/>
              </w:rPr>
              <w:instrText xml:space="preserve"> FORMCHECKBOX </w:instrText>
            </w:r>
            <w:r w:rsidRPr="00851351">
              <w:rPr>
                <w:rFonts w:cs="Times New Roman"/>
                <w:sz w:val="22"/>
              </w:rPr>
            </w:r>
            <w:r w:rsidRPr="00851351">
              <w:rPr>
                <w:rFonts w:cs="Times New Roman"/>
                <w:sz w:val="22"/>
              </w:rPr>
              <w:fldChar w:fldCharType="separate"/>
            </w:r>
            <w:r w:rsidRPr="00851351">
              <w:rPr>
                <w:rFonts w:ascii="Segoe UI Symbol" w:hAnsi="Segoe UI Symbol" w:cs="Segoe UI Symbol"/>
                <w:sz w:val="22"/>
              </w:rPr>
              <w:t>☐</w:t>
            </w:r>
            <w:r w:rsidRPr="00851351">
              <w:rPr>
                <w:rFonts w:cs="Times New Roman"/>
                <w:sz w:val="22"/>
              </w:rPr>
              <w:fldChar w:fldCharType="end"/>
            </w:r>
            <w:r w:rsidRPr="00851351">
              <w:rPr>
                <w:rFonts w:cs="Times New Roman"/>
                <w:sz w:val="22"/>
              </w:rPr>
              <w:t>Da</w:t>
            </w:r>
            <w:r w:rsidR="007C5D6A" w:rsidRPr="00851351">
              <w:rPr>
                <w:rFonts w:cs="Times New Roman"/>
                <w:sz w:val="22"/>
              </w:rPr>
              <w:t xml:space="preserve">            </w:t>
            </w:r>
            <w:r w:rsidRPr="00851351">
              <w:rPr>
                <w:rFonts w:cs="Times New Roman"/>
                <w:sz w:val="22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51351">
              <w:rPr>
                <w:rFonts w:cs="Times New Roman"/>
                <w:sz w:val="22"/>
              </w:rPr>
              <w:instrText xml:space="preserve"> FORMCHECKBOX </w:instrText>
            </w:r>
            <w:r w:rsidRPr="00851351">
              <w:rPr>
                <w:rFonts w:cs="Times New Roman"/>
                <w:sz w:val="22"/>
              </w:rPr>
            </w:r>
            <w:r w:rsidRPr="00851351">
              <w:rPr>
                <w:rFonts w:cs="Times New Roman"/>
                <w:sz w:val="22"/>
              </w:rPr>
              <w:fldChar w:fldCharType="separate"/>
            </w:r>
            <w:r w:rsidRPr="00851351">
              <w:rPr>
                <w:rFonts w:ascii="Segoe UI Symbol" w:hAnsi="Segoe UI Symbol" w:cs="Segoe UI Symbol"/>
                <w:sz w:val="22"/>
              </w:rPr>
              <w:t>☐</w:t>
            </w:r>
            <w:r w:rsidRPr="00851351">
              <w:rPr>
                <w:rFonts w:cs="Times New Roman"/>
                <w:sz w:val="22"/>
              </w:rPr>
              <w:fldChar w:fldCharType="end"/>
            </w:r>
            <w:r w:rsidRPr="00851351">
              <w:rPr>
                <w:rFonts w:cs="Times New Roman"/>
                <w:sz w:val="22"/>
              </w:rPr>
              <w:t xml:space="preserve">Ne    Ako da, </w:t>
            </w:r>
            <w:proofErr w:type="spellStart"/>
            <w:r w:rsidRPr="00851351">
              <w:rPr>
                <w:rFonts w:cs="Times New Roman"/>
                <w:sz w:val="22"/>
              </w:rPr>
              <w:t>ukratk</w:t>
            </w:r>
            <w:r w:rsidR="009F7A0E" w:rsidRPr="00851351">
              <w:rPr>
                <w:rFonts w:cs="Times New Roman"/>
                <w:sz w:val="22"/>
              </w:rPr>
              <w:t>o</w:t>
            </w:r>
            <w:proofErr w:type="spellEnd"/>
            <w:r w:rsidR="009F7A0E" w:rsidRPr="00851351">
              <w:rPr>
                <w:rFonts w:cs="Times New Roman"/>
                <w:sz w:val="22"/>
              </w:rPr>
              <w:t xml:space="preserve"> </w:t>
            </w:r>
            <w:proofErr w:type="spellStart"/>
            <w:r w:rsidR="009F7A0E" w:rsidRPr="00851351">
              <w:rPr>
                <w:rFonts w:cs="Times New Roman"/>
                <w:sz w:val="22"/>
              </w:rPr>
              <w:t>navedite</w:t>
            </w:r>
            <w:proofErr w:type="spellEnd"/>
            <w:r w:rsidR="009F7A0E" w:rsidRPr="00851351">
              <w:rPr>
                <w:rFonts w:cs="Times New Roman"/>
                <w:sz w:val="22"/>
              </w:rPr>
              <w:t xml:space="preserve">: </w:t>
            </w:r>
          </w:p>
        </w:tc>
      </w:tr>
    </w:tbl>
    <w:p w14:paraId="29068117" w14:textId="77777777" w:rsidR="003171E1" w:rsidRPr="00851351" w:rsidRDefault="003171E1">
      <w:pPr>
        <w:rPr>
          <w:rFonts w:cs="Times New Roman"/>
          <w:sz w:val="22"/>
        </w:rPr>
        <w:sectPr w:rsidR="003171E1" w:rsidRPr="00851351">
          <w:footerReference w:type="default" r:id="rId9"/>
          <w:pgSz w:w="11906" w:h="16838"/>
          <w:pgMar w:top="624" w:right="680" w:bottom="567" w:left="680" w:header="720" w:footer="720" w:gutter="0"/>
          <w:cols w:space="720"/>
          <w:docGrid w:linePitch="360"/>
        </w:sectPr>
      </w:pPr>
    </w:p>
    <w:p w14:paraId="79931F3A" w14:textId="77777777" w:rsidR="003171E1" w:rsidRPr="00851351" w:rsidRDefault="00782DB7">
      <w:pPr>
        <w:spacing w:after="60"/>
        <w:jc w:val="center"/>
        <w:rPr>
          <w:rFonts w:cs="Times New Roman"/>
          <w:sz w:val="22"/>
        </w:rPr>
      </w:pPr>
      <w:r w:rsidRPr="00851351">
        <w:rPr>
          <w:rFonts w:cs="Times New Roman"/>
          <w:b/>
          <w:sz w:val="22"/>
        </w:rPr>
        <w:lastRenderedPageBreak/>
        <w:t>OPŠTI UPITNIK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632"/>
        <w:gridCol w:w="2634"/>
        <w:gridCol w:w="2636"/>
        <w:gridCol w:w="2634"/>
      </w:tblGrid>
      <w:tr w:rsidR="003171E1" w:rsidRPr="00851351" w14:paraId="5B82CBBF" w14:textId="77777777">
        <w:trPr>
          <w:jc w:val="center"/>
        </w:trPr>
        <w:tc>
          <w:tcPr>
            <w:tcW w:w="10546" w:type="dxa"/>
            <w:gridSpan w:val="4"/>
            <w:shd w:val="clear" w:color="auto" w:fill="8EC5F4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1C21E60A" w14:textId="77777777" w:rsidR="003171E1" w:rsidRPr="00851351" w:rsidRDefault="00782DB7">
            <w:pPr>
              <w:rPr>
                <w:rFonts w:cs="Times New Roman"/>
                <w:sz w:val="22"/>
              </w:rPr>
            </w:pPr>
            <w:r w:rsidRPr="00851351">
              <w:rPr>
                <w:rFonts w:cs="Times New Roman"/>
                <w:b/>
                <w:sz w:val="22"/>
              </w:rPr>
              <w:t>Postojeća sertifikacija i podrška pri uspostavljanju sistema</w:t>
            </w:r>
          </w:p>
        </w:tc>
      </w:tr>
      <w:tr w:rsidR="003171E1" w:rsidRPr="00851351" w14:paraId="20FA7FA5" w14:textId="77777777">
        <w:trPr>
          <w:tblHeader/>
          <w:jc w:val="center"/>
        </w:trPr>
        <w:tc>
          <w:tcPr>
            <w:tcW w:w="2636" w:type="dxa"/>
            <w:shd w:val="clear" w:color="auto" w:fill="D9EAF7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43CF4E7B" w14:textId="77777777" w:rsidR="003171E1" w:rsidRPr="00851351" w:rsidRDefault="00782DB7">
            <w:pPr>
              <w:jc w:val="center"/>
              <w:rPr>
                <w:rFonts w:cs="Times New Roman"/>
                <w:sz w:val="22"/>
              </w:rPr>
            </w:pPr>
            <w:r w:rsidRPr="00851351">
              <w:rPr>
                <w:rFonts w:cs="Times New Roman"/>
                <w:b/>
                <w:sz w:val="22"/>
              </w:rPr>
              <w:t>Standard</w:t>
            </w:r>
          </w:p>
        </w:tc>
        <w:tc>
          <w:tcPr>
            <w:tcW w:w="2636" w:type="dxa"/>
            <w:shd w:val="clear" w:color="auto" w:fill="D9EAF7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03029456" w14:textId="77777777" w:rsidR="003171E1" w:rsidRPr="00851351" w:rsidRDefault="00782DB7">
            <w:pPr>
              <w:jc w:val="center"/>
              <w:rPr>
                <w:rFonts w:cs="Times New Roman"/>
                <w:sz w:val="22"/>
              </w:rPr>
            </w:pPr>
            <w:r w:rsidRPr="00851351">
              <w:rPr>
                <w:rFonts w:cs="Times New Roman"/>
                <w:b/>
                <w:sz w:val="22"/>
              </w:rPr>
              <w:t>Sertifikaciono telo</w:t>
            </w:r>
          </w:p>
        </w:tc>
        <w:tc>
          <w:tcPr>
            <w:tcW w:w="2636" w:type="dxa"/>
            <w:shd w:val="clear" w:color="auto" w:fill="D9EAF7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15015DF1" w14:textId="77777777" w:rsidR="003171E1" w:rsidRPr="00851351" w:rsidRDefault="00782DB7">
            <w:pPr>
              <w:jc w:val="center"/>
              <w:rPr>
                <w:rFonts w:cs="Times New Roman"/>
                <w:sz w:val="22"/>
              </w:rPr>
            </w:pPr>
            <w:r w:rsidRPr="00851351">
              <w:rPr>
                <w:rFonts w:cs="Times New Roman"/>
                <w:b/>
                <w:sz w:val="22"/>
              </w:rPr>
              <w:t>Obim sertifikacije</w:t>
            </w:r>
          </w:p>
        </w:tc>
        <w:tc>
          <w:tcPr>
            <w:tcW w:w="2636" w:type="dxa"/>
            <w:shd w:val="clear" w:color="auto" w:fill="D9EAF7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707DB0F4" w14:textId="77777777" w:rsidR="003171E1" w:rsidRPr="00851351" w:rsidRDefault="00782DB7">
            <w:pPr>
              <w:jc w:val="center"/>
              <w:rPr>
                <w:rFonts w:cs="Times New Roman"/>
                <w:sz w:val="22"/>
              </w:rPr>
            </w:pPr>
            <w:r w:rsidRPr="00851351">
              <w:rPr>
                <w:rFonts w:cs="Times New Roman"/>
                <w:b/>
                <w:sz w:val="22"/>
              </w:rPr>
              <w:t>Važi do</w:t>
            </w:r>
          </w:p>
        </w:tc>
      </w:tr>
      <w:tr w:rsidR="003171E1" w:rsidRPr="00851351" w14:paraId="46F085D7" w14:textId="77777777">
        <w:trPr>
          <w:jc w:val="center"/>
        </w:trPr>
        <w:tc>
          <w:tcPr>
            <w:tcW w:w="2636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44FFB249" w14:textId="77777777" w:rsidR="003171E1" w:rsidRPr="00851351" w:rsidRDefault="003171E1">
            <w:pPr>
              <w:rPr>
                <w:rFonts w:cs="Times New Roman"/>
                <w:sz w:val="22"/>
              </w:rPr>
            </w:pPr>
          </w:p>
        </w:tc>
        <w:tc>
          <w:tcPr>
            <w:tcW w:w="2636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20677017" w14:textId="77777777" w:rsidR="003171E1" w:rsidRPr="00851351" w:rsidRDefault="003171E1">
            <w:pPr>
              <w:rPr>
                <w:rFonts w:cs="Times New Roman"/>
                <w:sz w:val="22"/>
              </w:rPr>
            </w:pPr>
          </w:p>
        </w:tc>
        <w:tc>
          <w:tcPr>
            <w:tcW w:w="2636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3B43E677" w14:textId="77777777" w:rsidR="003171E1" w:rsidRPr="00851351" w:rsidRDefault="003171E1">
            <w:pPr>
              <w:rPr>
                <w:rFonts w:cs="Times New Roman"/>
                <w:sz w:val="22"/>
              </w:rPr>
            </w:pPr>
          </w:p>
        </w:tc>
        <w:tc>
          <w:tcPr>
            <w:tcW w:w="2636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36ED4157" w14:textId="77777777" w:rsidR="003171E1" w:rsidRPr="00851351" w:rsidRDefault="003171E1">
            <w:pPr>
              <w:rPr>
                <w:rFonts w:cs="Times New Roman"/>
                <w:sz w:val="22"/>
              </w:rPr>
            </w:pPr>
          </w:p>
        </w:tc>
      </w:tr>
      <w:tr w:rsidR="003171E1" w:rsidRPr="00851351" w14:paraId="449567CF" w14:textId="77777777">
        <w:trPr>
          <w:jc w:val="center"/>
        </w:trPr>
        <w:tc>
          <w:tcPr>
            <w:tcW w:w="2636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144B5DC7" w14:textId="77777777" w:rsidR="003171E1" w:rsidRPr="00851351" w:rsidRDefault="003171E1">
            <w:pPr>
              <w:rPr>
                <w:rFonts w:cs="Times New Roman"/>
                <w:sz w:val="22"/>
              </w:rPr>
            </w:pPr>
          </w:p>
        </w:tc>
        <w:tc>
          <w:tcPr>
            <w:tcW w:w="2636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2A595883" w14:textId="77777777" w:rsidR="003171E1" w:rsidRPr="00851351" w:rsidRDefault="003171E1">
            <w:pPr>
              <w:rPr>
                <w:rFonts w:cs="Times New Roman"/>
                <w:sz w:val="22"/>
              </w:rPr>
            </w:pPr>
          </w:p>
        </w:tc>
        <w:tc>
          <w:tcPr>
            <w:tcW w:w="2636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40A55C6D" w14:textId="77777777" w:rsidR="003171E1" w:rsidRPr="00851351" w:rsidRDefault="003171E1">
            <w:pPr>
              <w:rPr>
                <w:rFonts w:cs="Times New Roman"/>
                <w:sz w:val="22"/>
              </w:rPr>
            </w:pPr>
          </w:p>
        </w:tc>
        <w:tc>
          <w:tcPr>
            <w:tcW w:w="2636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22D79C57" w14:textId="77777777" w:rsidR="003171E1" w:rsidRPr="00851351" w:rsidRDefault="003171E1">
            <w:pPr>
              <w:rPr>
                <w:rFonts w:cs="Times New Roman"/>
                <w:sz w:val="22"/>
              </w:rPr>
            </w:pPr>
          </w:p>
        </w:tc>
      </w:tr>
      <w:tr w:rsidR="003171E1" w:rsidRPr="00851351" w14:paraId="075817E9" w14:textId="77777777">
        <w:trPr>
          <w:jc w:val="center"/>
        </w:trPr>
        <w:tc>
          <w:tcPr>
            <w:tcW w:w="2636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32BC3E80" w14:textId="77777777" w:rsidR="003171E1" w:rsidRPr="00851351" w:rsidRDefault="003171E1">
            <w:pPr>
              <w:rPr>
                <w:rFonts w:cs="Times New Roman"/>
                <w:sz w:val="22"/>
              </w:rPr>
            </w:pPr>
          </w:p>
        </w:tc>
        <w:tc>
          <w:tcPr>
            <w:tcW w:w="2636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7AB68738" w14:textId="77777777" w:rsidR="003171E1" w:rsidRPr="00851351" w:rsidRDefault="003171E1">
            <w:pPr>
              <w:rPr>
                <w:rFonts w:cs="Times New Roman"/>
                <w:sz w:val="22"/>
              </w:rPr>
            </w:pPr>
          </w:p>
        </w:tc>
        <w:tc>
          <w:tcPr>
            <w:tcW w:w="2636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476E5D90" w14:textId="77777777" w:rsidR="003171E1" w:rsidRPr="00851351" w:rsidRDefault="003171E1">
            <w:pPr>
              <w:rPr>
                <w:rFonts w:cs="Times New Roman"/>
                <w:sz w:val="22"/>
              </w:rPr>
            </w:pPr>
          </w:p>
        </w:tc>
        <w:tc>
          <w:tcPr>
            <w:tcW w:w="2636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70083EA4" w14:textId="77777777" w:rsidR="003171E1" w:rsidRPr="00851351" w:rsidRDefault="003171E1">
            <w:pPr>
              <w:rPr>
                <w:rFonts w:cs="Times New Roman"/>
                <w:sz w:val="22"/>
              </w:rPr>
            </w:pPr>
          </w:p>
        </w:tc>
      </w:tr>
      <w:tr w:rsidR="003171E1" w:rsidRPr="00851351" w14:paraId="78FAFB37" w14:textId="77777777">
        <w:trPr>
          <w:jc w:val="center"/>
        </w:trPr>
        <w:tc>
          <w:tcPr>
            <w:tcW w:w="5273" w:type="dxa"/>
            <w:gridSpan w:val="2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599A02B6" w14:textId="77777777" w:rsidR="003171E1" w:rsidRPr="00851351" w:rsidRDefault="00782DB7">
            <w:pPr>
              <w:rPr>
                <w:rFonts w:cs="Times New Roman"/>
                <w:sz w:val="22"/>
              </w:rPr>
            </w:pPr>
            <w:r w:rsidRPr="00851351">
              <w:rPr>
                <w:rFonts w:cs="Times New Roman"/>
                <w:sz w:val="22"/>
              </w:rPr>
              <w:t>Da li je organizacija ranije bila sertifikovana za isti sistem?</w:t>
            </w:r>
          </w:p>
        </w:tc>
        <w:tc>
          <w:tcPr>
            <w:tcW w:w="5273" w:type="dxa"/>
            <w:gridSpan w:val="2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0466DB62" w14:textId="77777777" w:rsidR="003171E1" w:rsidRPr="00851351" w:rsidRDefault="00782DB7">
            <w:pPr>
              <w:rPr>
                <w:rFonts w:cs="Times New Roman"/>
                <w:sz w:val="22"/>
              </w:rPr>
            </w:pPr>
            <w:r w:rsidRPr="00851351">
              <w:rPr>
                <w:rFonts w:cs="Times New Roman"/>
                <w:sz w:val="22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51351">
              <w:rPr>
                <w:rFonts w:cs="Times New Roman"/>
                <w:sz w:val="22"/>
              </w:rPr>
              <w:instrText xml:space="preserve"> FORMCHECKBOX </w:instrText>
            </w:r>
            <w:r w:rsidRPr="00851351">
              <w:rPr>
                <w:rFonts w:cs="Times New Roman"/>
                <w:sz w:val="22"/>
              </w:rPr>
            </w:r>
            <w:r w:rsidRPr="00851351">
              <w:rPr>
                <w:rFonts w:cs="Times New Roman"/>
                <w:sz w:val="22"/>
              </w:rPr>
              <w:fldChar w:fldCharType="separate"/>
            </w:r>
            <w:r w:rsidRPr="00851351">
              <w:rPr>
                <w:rFonts w:ascii="Segoe UI Symbol" w:hAnsi="Segoe UI Symbol" w:cs="Segoe UI Symbol"/>
                <w:sz w:val="22"/>
              </w:rPr>
              <w:t>☐</w:t>
            </w:r>
            <w:r w:rsidRPr="00851351">
              <w:rPr>
                <w:rFonts w:cs="Times New Roman"/>
                <w:sz w:val="22"/>
              </w:rPr>
              <w:fldChar w:fldCharType="end"/>
            </w:r>
            <w:r w:rsidRPr="00851351">
              <w:rPr>
                <w:rFonts w:cs="Times New Roman"/>
                <w:sz w:val="22"/>
              </w:rPr>
              <w:t>Da</w:t>
            </w:r>
            <w:r w:rsidR="009F7A0E" w:rsidRPr="00851351">
              <w:rPr>
                <w:rFonts w:cs="Times New Roman"/>
                <w:sz w:val="22"/>
              </w:rPr>
              <w:t xml:space="preserve">       </w:t>
            </w:r>
            <w:r w:rsidRPr="00851351">
              <w:rPr>
                <w:rFonts w:cs="Times New Roman"/>
                <w:sz w:val="22"/>
              </w:rPr>
              <w:fldChar w:fldCharType="begin">
                <w:ffData>
                  <w:name w:val="Check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51351">
              <w:rPr>
                <w:rFonts w:cs="Times New Roman"/>
                <w:sz w:val="22"/>
              </w:rPr>
              <w:instrText xml:space="preserve"> FORMCHECKBOX </w:instrText>
            </w:r>
            <w:r w:rsidRPr="00851351">
              <w:rPr>
                <w:rFonts w:cs="Times New Roman"/>
                <w:sz w:val="22"/>
              </w:rPr>
            </w:r>
            <w:r w:rsidRPr="00851351">
              <w:rPr>
                <w:rFonts w:cs="Times New Roman"/>
                <w:sz w:val="22"/>
              </w:rPr>
              <w:fldChar w:fldCharType="separate"/>
            </w:r>
            <w:r w:rsidRPr="00851351">
              <w:rPr>
                <w:rFonts w:ascii="Segoe UI Symbol" w:hAnsi="Segoe UI Symbol" w:cs="Segoe UI Symbol"/>
                <w:sz w:val="22"/>
              </w:rPr>
              <w:t>☐</w:t>
            </w:r>
            <w:r w:rsidRPr="00851351">
              <w:rPr>
                <w:rFonts w:cs="Times New Roman"/>
                <w:sz w:val="22"/>
              </w:rPr>
              <w:fldChar w:fldCharType="end"/>
            </w:r>
            <w:r w:rsidRPr="00851351">
              <w:rPr>
                <w:rFonts w:cs="Times New Roman"/>
                <w:sz w:val="22"/>
              </w:rPr>
              <w:t>Ne</w:t>
            </w:r>
          </w:p>
        </w:tc>
      </w:tr>
      <w:tr w:rsidR="003171E1" w:rsidRPr="00851351" w14:paraId="490DCEBA" w14:textId="77777777">
        <w:trPr>
          <w:jc w:val="center"/>
        </w:trPr>
        <w:tc>
          <w:tcPr>
            <w:tcW w:w="5273" w:type="dxa"/>
            <w:gridSpan w:val="2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4F846B29" w14:textId="77777777" w:rsidR="003171E1" w:rsidRPr="00851351" w:rsidRDefault="00782DB7">
            <w:pPr>
              <w:rPr>
                <w:rFonts w:cs="Times New Roman"/>
                <w:sz w:val="22"/>
              </w:rPr>
            </w:pPr>
            <w:r w:rsidRPr="00851351">
              <w:rPr>
                <w:rFonts w:cs="Times New Roman"/>
                <w:sz w:val="22"/>
              </w:rPr>
              <w:t>Da li je angažovan konsultant za uspostavljanje sistema?</w:t>
            </w:r>
          </w:p>
        </w:tc>
        <w:tc>
          <w:tcPr>
            <w:tcW w:w="5273" w:type="dxa"/>
            <w:gridSpan w:val="2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260FD93D" w14:textId="77777777" w:rsidR="003171E1" w:rsidRPr="00851351" w:rsidRDefault="00782DB7">
            <w:pPr>
              <w:rPr>
                <w:rFonts w:cs="Times New Roman"/>
                <w:sz w:val="22"/>
              </w:rPr>
            </w:pPr>
            <w:r w:rsidRPr="00851351">
              <w:rPr>
                <w:rFonts w:cs="Times New Roman"/>
                <w:sz w:val="22"/>
              </w:rP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51351">
              <w:rPr>
                <w:rFonts w:cs="Times New Roman"/>
                <w:sz w:val="22"/>
              </w:rPr>
              <w:instrText xml:space="preserve"> FORMCHECKBOX </w:instrText>
            </w:r>
            <w:r w:rsidRPr="00851351">
              <w:rPr>
                <w:rFonts w:cs="Times New Roman"/>
                <w:sz w:val="22"/>
              </w:rPr>
            </w:r>
            <w:r w:rsidRPr="00851351">
              <w:rPr>
                <w:rFonts w:cs="Times New Roman"/>
                <w:sz w:val="22"/>
              </w:rPr>
              <w:fldChar w:fldCharType="separate"/>
            </w:r>
            <w:r w:rsidRPr="00851351">
              <w:rPr>
                <w:rFonts w:ascii="Segoe UI Symbol" w:hAnsi="Segoe UI Symbol" w:cs="Segoe UI Symbol"/>
                <w:sz w:val="22"/>
              </w:rPr>
              <w:t>☐</w:t>
            </w:r>
            <w:r w:rsidRPr="00851351">
              <w:rPr>
                <w:rFonts w:cs="Times New Roman"/>
                <w:sz w:val="22"/>
              </w:rPr>
              <w:fldChar w:fldCharType="end"/>
            </w:r>
            <w:r w:rsidRPr="00851351">
              <w:rPr>
                <w:rFonts w:cs="Times New Roman"/>
                <w:sz w:val="22"/>
              </w:rPr>
              <w:t>Da</w:t>
            </w:r>
            <w:r w:rsidR="009F7A0E" w:rsidRPr="00851351">
              <w:rPr>
                <w:rFonts w:cs="Times New Roman"/>
                <w:sz w:val="22"/>
              </w:rPr>
              <w:t xml:space="preserve">       </w:t>
            </w:r>
            <w:r w:rsidRPr="00851351">
              <w:rPr>
                <w:rFonts w:cs="Times New Roman"/>
                <w:sz w:val="22"/>
              </w:rPr>
              <w:fldChar w:fldCharType="begin">
                <w:ffData>
                  <w:name w:val="Check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51351">
              <w:rPr>
                <w:rFonts w:cs="Times New Roman"/>
                <w:sz w:val="22"/>
              </w:rPr>
              <w:instrText xml:space="preserve"> FORMCHECKBOX </w:instrText>
            </w:r>
            <w:r w:rsidRPr="00851351">
              <w:rPr>
                <w:rFonts w:cs="Times New Roman"/>
                <w:sz w:val="22"/>
              </w:rPr>
            </w:r>
            <w:r w:rsidRPr="00851351">
              <w:rPr>
                <w:rFonts w:cs="Times New Roman"/>
                <w:sz w:val="22"/>
              </w:rPr>
              <w:fldChar w:fldCharType="separate"/>
            </w:r>
            <w:r w:rsidRPr="00851351">
              <w:rPr>
                <w:rFonts w:ascii="Segoe UI Symbol" w:hAnsi="Segoe UI Symbol" w:cs="Segoe UI Symbol"/>
                <w:sz w:val="22"/>
              </w:rPr>
              <w:t>☐</w:t>
            </w:r>
            <w:r w:rsidRPr="00851351">
              <w:rPr>
                <w:rFonts w:cs="Times New Roman"/>
                <w:sz w:val="22"/>
              </w:rPr>
              <w:fldChar w:fldCharType="end"/>
            </w:r>
            <w:r w:rsidRPr="00851351">
              <w:rPr>
                <w:rFonts w:cs="Times New Roman"/>
                <w:sz w:val="22"/>
              </w:rPr>
              <w:t xml:space="preserve">Ne    Ako da, </w:t>
            </w:r>
            <w:proofErr w:type="spellStart"/>
            <w:r w:rsidRPr="00851351">
              <w:rPr>
                <w:rFonts w:cs="Times New Roman"/>
                <w:sz w:val="22"/>
              </w:rPr>
              <w:t>naziv</w:t>
            </w:r>
            <w:proofErr w:type="spellEnd"/>
            <w:r w:rsidRPr="00851351">
              <w:rPr>
                <w:rFonts w:cs="Times New Roman"/>
                <w:sz w:val="22"/>
              </w:rPr>
              <w:t xml:space="preserve"> </w:t>
            </w:r>
            <w:proofErr w:type="spellStart"/>
            <w:r w:rsidRPr="00851351">
              <w:rPr>
                <w:rFonts w:cs="Times New Roman"/>
                <w:sz w:val="22"/>
              </w:rPr>
              <w:t>konsultanta</w:t>
            </w:r>
            <w:proofErr w:type="spellEnd"/>
            <w:r w:rsidRPr="00851351">
              <w:rPr>
                <w:rFonts w:cs="Times New Roman"/>
                <w:sz w:val="22"/>
              </w:rPr>
              <w:t>/</w:t>
            </w:r>
            <w:proofErr w:type="spellStart"/>
            <w:r w:rsidRPr="00851351">
              <w:rPr>
                <w:rFonts w:cs="Times New Roman"/>
                <w:sz w:val="22"/>
              </w:rPr>
              <w:t>kuće</w:t>
            </w:r>
            <w:proofErr w:type="spellEnd"/>
            <w:r w:rsidRPr="00851351">
              <w:rPr>
                <w:rFonts w:cs="Times New Roman"/>
                <w:sz w:val="22"/>
              </w:rPr>
              <w:t>: __________________</w:t>
            </w:r>
          </w:p>
        </w:tc>
      </w:tr>
      <w:tr w:rsidR="003171E1" w:rsidRPr="00851351" w14:paraId="3D4C7F0B" w14:textId="77777777">
        <w:trPr>
          <w:jc w:val="center"/>
        </w:trPr>
        <w:tc>
          <w:tcPr>
            <w:tcW w:w="5273" w:type="dxa"/>
            <w:gridSpan w:val="2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31C0A00B" w14:textId="77777777" w:rsidR="003171E1" w:rsidRPr="00851351" w:rsidRDefault="00782DB7">
            <w:pPr>
              <w:rPr>
                <w:rFonts w:cs="Times New Roman"/>
                <w:sz w:val="22"/>
              </w:rPr>
            </w:pPr>
            <w:r w:rsidRPr="00851351">
              <w:rPr>
                <w:rFonts w:cs="Times New Roman"/>
                <w:sz w:val="22"/>
              </w:rPr>
              <w:t>Da li je sertifikat suspendovan, povučen ili je zahtev za sertifikaciju ranije odbijen?</w:t>
            </w:r>
          </w:p>
        </w:tc>
        <w:tc>
          <w:tcPr>
            <w:tcW w:w="5273" w:type="dxa"/>
            <w:gridSpan w:val="2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45C8A41B" w14:textId="77777777" w:rsidR="003171E1" w:rsidRPr="00851351" w:rsidRDefault="00782DB7">
            <w:pPr>
              <w:rPr>
                <w:rFonts w:cs="Times New Roman"/>
                <w:sz w:val="22"/>
              </w:rPr>
            </w:pPr>
            <w:r w:rsidRPr="00851351">
              <w:rPr>
                <w:rFonts w:cs="Times New Roman"/>
                <w:sz w:val="22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51351">
              <w:rPr>
                <w:rFonts w:cs="Times New Roman"/>
                <w:sz w:val="22"/>
              </w:rPr>
              <w:instrText xml:space="preserve"> FORMCHECKBOX </w:instrText>
            </w:r>
            <w:r w:rsidRPr="00851351">
              <w:rPr>
                <w:rFonts w:cs="Times New Roman"/>
                <w:sz w:val="22"/>
              </w:rPr>
            </w:r>
            <w:r w:rsidRPr="00851351">
              <w:rPr>
                <w:rFonts w:cs="Times New Roman"/>
                <w:sz w:val="22"/>
              </w:rPr>
              <w:fldChar w:fldCharType="separate"/>
            </w:r>
            <w:r w:rsidRPr="00851351">
              <w:rPr>
                <w:rFonts w:ascii="Segoe UI Symbol" w:hAnsi="Segoe UI Symbol" w:cs="Segoe UI Symbol"/>
                <w:sz w:val="22"/>
              </w:rPr>
              <w:t>☐</w:t>
            </w:r>
            <w:r w:rsidRPr="00851351">
              <w:rPr>
                <w:rFonts w:cs="Times New Roman"/>
                <w:sz w:val="22"/>
              </w:rPr>
              <w:fldChar w:fldCharType="end"/>
            </w:r>
            <w:r w:rsidRPr="00851351">
              <w:rPr>
                <w:rFonts w:cs="Times New Roman"/>
                <w:sz w:val="22"/>
              </w:rPr>
              <w:t>Da</w:t>
            </w:r>
            <w:r w:rsidR="009F7A0E" w:rsidRPr="00851351">
              <w:rPr>
                <w:rFonts w:cs="Times New Roman"/>
                <w:sz w:val="22"/>
              </w:rPr>
              <w:t xml:space="preserve">       </w:t>
            </w:r>
            <w:r w:rsidRPr="00851351">
              <w:rPr>
                <w:rFonts w:cs="Times New Roman"/>
                <w:sz w:val="22"/>
              </w:rPr>
              <w:fldChar w:fldCharType="begin">
                <w:ffData>
                  <w:name w:val="Check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51351">
              <w:rPr>
                <w:rFonts w:cs="Times New Roman"/>
                <w:sz w:val="22"/>
              </w:rPr>
              <w:instrText xml:space="preserve"> FORMCHECKBOX </w:instrText>
            </w:r>
            <w:r w:rsidRPr="00851351">
              <w:rPr>
                <w:rFonts w:cs="Times New Roman"/>
                <w:sz w:val="22"/>
              </w:rPr>
            </w:r>
            <w:r w:rsidRPr="00851351">
              <w:rPr>
                <w:rFonts w:cs="Times New Roman"/>
                <w:sz w:val="22"/>
              </w:rPr>
              <w:fldChar w:fldCharType="separate"/>
            </w:r>
            <w:r w:rsidRPr="00851351">
              <w:rPr>
                <w:rFonts w:ascii="Segoe UI Symbol" w:hAnsi="Segoe UI Symbol" w:cs="Segoe UI Symbol"/>
                <w:sz w:val="22"/>
              </w:rPr>
              <w:t>☐</w:t>
            </w:r>
            <w:r w:rsidRPr="00851351">
              <w:rPr>
                <w:rFonts w:cs="Times New Roman"/>
                <w:sz w:val="22"/>
              </w:rPr>
              <w:fldChar w:fldCharType="end"/>
            </w:r>
            <w:r w:rsidRPr="00851351">
              <w:rPr>
                <w:rFonts w:cs="Times New Roman"/>
                <w:sz w:val="22"/>
              </w:rPr>
              <w:t xml:space="preserve">Ne    Ako da, </w:t>
            </w:r>
            <w:proofErr w:type="spellStart"/>
            <w:r w:rsidRPr="00851351">
              <w:rPr>
                <w:rFonts w:cs="Times New Roman"/>
                <w:sz w:val="22"/>
              </w:rPr>
              <w:t>navedite</w:t>
            </w:r>
            <w:proofErr w:type="spellEnd"/>
            <w:r w:rsidRPr="00851351">
              <w:rPr>
                <w:rFonts w:cs="Times New Roman"/>
                <w:sz w:val="22"/>
              </w:rPr>
              <w:t xml:space="preserve"> </w:t>
            </w:r>
            <w:proofErr w:type="spellStart"/>
            <w:r w:rsidRPr="00851351">
              <w:rPr>
                <w:rFonts w:cs="Times New Roman"/>
                <w:sz w:val="22"/>
              </w:rPr>
              <w:t>d</w:t>
            </w:r>
            <w:r w:rsidR="009F7A0E" w:rsidRPr="00851351">
              <w:rPr>
                <w:rFonts w:cs="Times New Roman"/>
                <w:sz w:val="22"/>
              </w:rPr>
              <w:t>etalje</w:t>
            </w:r>
            <w:proofErr w:type="spellEnd"/>
            <w:r w:rsidR="009F7A0E" w:rsidRPr="00851351">
              <w:rPr>
                <w:rFonts w:cs="Times New Roman"/>
                <w:sz w:val="22"/>
              </w:rPr>
              <w:t xml:space="preserve">: </w:t>
            </w:r>
          </w:p>
        </w:tc>
      </w:tr>
      <w:tr w:rsidR="003171E1" w:rsidRPr="00851351" w14:paraId="71576656" w14:textId="77777777">
        <w:trPr>
          <w:jc w:val="center"/>
        </w:trPr>
        <w:tc>
          <w:tcPr>
            <w:tcW w:w="10546" w:type="dxa"/>
            <w:gridSpan w:val="4"/>
            <w:shd w:val="clear" w:color="auto" w:fill="8EC5F4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3AB29DAA" w14:textId="77777777" w:rsidR="003171E1" w:rsidRPr="00851351" w:rsidRDefault="00782DB7">
            <w:pPr>
              <w:rPr>
                <w:rFonts w:cs="Times New Roman"/>
                <w:sz w:val="22"/>
              </w:rPr>
            </w:pPr>
            <w:r w:rsidRPr="00851351">
              <w:rPr>
                <w:rFonts w:cs="Times New Roman"/>
                <w:b/>
                <w:sz w:val="22"/>
              </w:rPr>
              <w:t>Procesi, eksterni pružaoci i regulatorni zahtevi</w:t>
            </w:r>
          </w:p>
        </w:tc>
      </w:tr>
      <w:tr w:rsidR="003171E1" w:rsidRPr="00851351" w14:paraId="78154CF2" w14:textId="77777777">
        <w:trPr>
          <w:jc w:val="center"/>
        </w:trPr>
        <w:tc>
          <w:tcPr>
            <w:tcW w:w="5273" w:type="dxa"/>
            <w:gridSpan w:val="2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40FDDA71" w14:textId="77777777" w:rsidR="003171E1" w:rsidRPr="00851351" w:rsidRDefault="00782DB7">
            <w:pPr>
              <w:rPr>
                <w:rFonts w:cs="Times New Roman"/>
                <w:sz w:val="22"/>
              </w:rPr>
            </w:pPr>
            <w:r w:rsidRPr="00851351">
              <w:rPr>
                <w:rFonts w:cs="Times New Roman"/>
                <w:sz w:val="22"/>
              </w:rPr>
              <w:t>Da li postoje procesi/aktivnosti koje za organizaciju obavljaju eksterni pružaoci (outsourcing)?</w:t>
            </w:r>
          </w:p>
        </w:tc>
        <w:tc>
          <w:tcPr>
            <w:tcW w:w="5273" w:type="dxa"/>
            <w:gridSpan w:val="2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65B1FBC9" w14:textId="77777777" w:rsidR="003171E1" w:rsidRPr="00851351" w:rsidRDefault="00782DB7">
            <w:pPr>
              <w:rPr>
                <w:rFonts w:cs="Times New Roman"/>
                <w:sz w:val="22"/>
              </w:rPr>
            </w:pPr>
            <w:r w:rsidRPr="00851351">
              <w:rPr>
                <w:rFonts w:cs="Times New Roman"/>
                <w:sz w:val="22"/>
              </w:rPr>
              <w:fldChar w:fldCharType="begin">
                <w:ffData>
                  <w:name w:val="Check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51351">
              <w:rPr>
                <w:rFonts w:cs="Times New Roman"/>
                <w:sz w:val="22"/>
              </w:rPr>
              <w:instrText xml:space="preserve"> FORMCHECKBOX </w:instrText>
            </w:r>
            <w:r w:rsidRPr="00851351">
              <w:rPr>
                <w:rFonts w:cs="Times New Roman"/>
                <w:sz w:val="22"/>
              </w:rPr>
            </w:r>
            <w:r w:rsidRPr="00851351">
              <w:rPr>
                <w:rFonts w:cs="Times New Roman"/>
                <w:sz w:val="22"/>
              </w:rPr>
              <w:fldChar w:fldCharType="separate"/>
            </w:r>
            <w:r w:rsidRPr="00851351">
              <w:rPr>
                <w:rFonts w:ascii="Segoe UI Symbol" w:hAnsi="Segoe UI Symbol" w:cs="Segoe UI Symbol"/>
                <w:sz w:val="22"/>
              </w:rPr>
              <w:t>☐</w:t>
            </w:r>
            <w:r w:rsidRPr="00851351">
              <w:rPr>
                <w:rFonts w:cs="Times New Roman"/>
                <w:sz w:val="22"/>
              </w:rPr>
              <w:fldChar w:fldCharType="end"/>
            </w:r>
            <w:r w:rsidRPr="00851351">
              <w:rPr>
                <w:rFonts w:cs="Times New Roman"/>
                <w:sz w:val="22"/>
              </w:rPr>
              <w:t>Da</w:t>
            </w:r>
            <w:r w:rsidR="009F7A0E" w:rsidRPr="00851351">
              <w:rPr>
                <w:rFonts w:cs="Times New Roman"/>
                <w:sz w:val="22"/>
              </w:rPr>
              <w:t xml:space="preserve">       </w:t>
            </w:r>
            <w:r w:rsidRPr="00851351">
              <w:rPr>
                <w:rFonts w:cs="Times New Roman"/>
                <w:sz w:val="22"/>
              </w:rPr>
              <w:fldChar w:fldCharType="begin">
                <w:ffData>
                  <w:name w:val="Check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51351">
              <w:rPr>
                <w:rFonts w:cs="Times New Roman"/>
                <w:sz w:val="22"/>
              </w:rPr>
              <w:instrText xml:space="preserve"> FORMCHECKBOX </w:instrText>
            </w:r>
            <w:r w:rsidRPr="00851351">
              <w:rPr>
                <w:rFonts w:cs="Times New Roman"/>
                <w:sz w:val="22"/>
              </w:rPr>
            </w:r>
            <w:r w:rsidRPr="00851351">
              <w:rPr>
                <w:rFonts w:cs="Times New Roman"/>
                <w:sz w:val="22"/>
              </w:rPr>
              <w:fldChar w:fldCharType="separate"/>
            </w:r>
            <w:r w:rsidRPr="00851351">
              <w:rPr>
                <w:rFonts w:ascii="Segoe UI Symbol" w:hAnsi="Segoe UI Symbol" w:cs="Segoe UI Symbol"/>
                <w:sz w:val="22"/>
              </w:rPr>
              <w:t>☐</w:t>
            </w:r>
            <w:r w:rsidRPr="00851351">
              <w:rPr>
                <w:rFonts w:cs="Times New Roman"/>
                <w:sz w:val="22"/>
              </w:rPr>
              <w:fldChar w:fldCharType="end"/>
            </w:r>
            <w:r w:rsidRPr="00851351">
              <w:rPr>
                <w:rFonts w:cs="Times New Roman"/>
                <w:sz w:val="22"/>
              </w:rPr>
              <w:t xml:space="preserve">Ne    Ako da, </w:t>
            </w:r>
            <w:proofErr w:type="spellStart"/>
            <w:r w:rsidRPr="00851351">
              <w:rPr>
                <w:rFonts w:cs="Times New Roman"/>
                <w:sz w:val="22"/>
              </w:rPr>
              <w:t>navedite</w:t>
            </w:r>
            <w:proofErr w:type="spellEnd"/>
            <w:r w:rsidRPr="00851351">
              <w:rPr>
                <w:rFonts w:cs="Times New Roman"/>
                <w:sz w:val="22"/>
              </w:rPr>
              <w:t xml:space="preserve"> </w:t>
            </w:r>
            <w:proofErr w:type="spellStart"/>
            <w:r w:rsidRPr="00851351">
              <w:rPr>
                <w:rFonts w:cs="Times New Roman"/>
                <w:sz w:val="22"/>
              </w:rPr>
              <w:t>ključne</w:t>
            </w:r>
            <w:proofErr w:type="spellEnd"/>
            <w:r w:rsidRPr="00851351">
              <w:rPr>
                <w:rFonts w:cs="Times New Roman"/>
                <w:sz w:val="22"/>
              </w:rPr>
              <w:t xml:space="preserve"> aktivnosti: ______________</w:t>
            </w:r>
          </w:p>
        </w:tc>
      </w:tr>
      <w:tr w:rsidR="003171E1" w:rsidRPr="00851351" w14:paraId="40A0D723" w14:textId="77777777">
        <w:trPr>
          <w:jc w:val="center"/>
        </w:trPr>
        <w:tc>
          <w:tcPr>
            <w:tcW w:w="5273" w:type="dxa"/>
            <w:gridSpan w:val="2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6435D493" w14:textId="77777777" w:rsidR="003171E1" w:rsidRPr="00851351" w:rsidRDefault="00782DB7">
            <w:pPr>
              <w:rPr>
                <w:rFonts w:cs="Times New Roman"/>
                <w:sz w:val="22"/>
              </w:rPr>
            </w:pPr>
            <w:r w:rsidRPr="00851351">
              <w:rPr>
                <w:rFonts w:cs="Times New Roman"/>
                <w:sz w:val="22"/>
              </w:rPr>
              <w:t>Da li delatnost podleže posebnim zakonskim, regulatornim, licencnim ili ugovornim zahtevima?</w:t>
            </w:r>
          </w:p>
        </w:tc>
        <w:tc>
          <w:tcPr>
            <w:tcW w:w="5273" w:type="dxa"/>
            <w:gridSpan w:val="2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00290491" w14:textId="77777777" w:rsidR="003171E1" w:rsidRPr="00851351" w:rsidRDefault="00782DB7">
            <w:pPr>
              <w:rPr>
                <w:rFonts w:cs="Times New Roman"/>
                <w:sz w:val="22"/>
              </w:rPr>
            </w:pPr>
            <w:r w:rsidRPr="00851351">
              <w:rPr>
                <w:rFonts w:cs="Times New Roman"/>
                <w:sz w:val="22"/>
              </w:rPr>
              <w:fldChar w:fldCharType="begin">
                <w:ffData>
                  <w:name w:val="Check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51351">
              <w:rPr>
                <w:rFonts w:cs="Times New Roman"/>
                <w:sz w:val="22"/>
              </w:rPr>
              <w:instrText xml:space="preserve"> FORMCHECKBOX </w:instrText>
            </w:r>
            <w:r w:rsidRPr="00851351">
              <w:rPr>
                <w:rFonts w:cs="Times New Roman"/>
                <w:sz w:val="22"/>
              </w:rPr>
            </w:r>
            <w:r w:rsidRPr="00851351">
              <w:rPr>
                <w:rFonts w:cs="Times New Roman"/>
                <w:sz w:val="22"/>
              </w:rPr>
              <w:fldChar w:fldCharType="separate"/>
            </w:r>
            <w:r w:rsidRPr="00851351">
              <w:rPr>
                <w:rFonts w:ascii="Segoe UI Symbol" w:hAnsi="Segoe UI Symbol" w:cs="Segoe UI Symbol"/>
                <w:sz w:val="22"/>
              </w:rPr>
              <w:t>☐</w:t>
            </w:r>
            <w:r w:rsidRPr="00851351">
              <w:rPr>
                <w:rFonts w:cs="Times New Roman"/>
                <w:sz w:val="22"/>
              </w:rPr>
              <w:fldChar w:fldCharType="end"/>
            </w:r>
            <w:r w:rsidRPr="00851351">
              <w:rPr>
                <w:rFonts w:cs="Times New Roman"/>
                <w:sz w:val="22"/>
              </w:rPr>
              <w:t>Da</w:t>
            </w:r>
            <w:r w:rsidR="009F7A0E" w:rsidRPr="00851351">
              <w:rPr>
                <w:rFonts w:cs="Times New Roman"/>
                <w:sz w:val="22"/>
              </w:rPr>
              <w:t xml:space="preserve">       </w:t>
            </w:r>
            <w:r w:rsidRPr="00851351">
              <w:rPr>
                <w:rFonts w:cs="Times New Roman"/>
                <w:sz w:val="22"/>
              </w:rPr>
              <w:fldChar w:fldCharType="begin">
                <w:ffData>
                  <w:name w:val="Check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51351">
              <w:rPr>
                <w:rFonts w:cs="Times New Roman"/>
                <w:sz w:val="22"/>
              </w:rPr>
              <w:instrText xml:space="preserve"> FORMCHECKBOX </w:instrText>
            </w:r>
            <w:r w:rsidRPr="00851351">
              <w:rPr>
                <w:rFonts w:cs="Times New Roman"/>
                <w:sz w:val="22"/>
              </w:rPr>
            </w:r>
            <w:r w:rsidRPr="00851351">
              <w:rPr>
                <w:rFonts w:cs="Times New Roman"/>
                <w:sz w:val="22"/>
              </w:rPr>
              <w:fldChar w:fldCharType="separate"/>
            </w:r>
            <w:r w:rsidRPr="00851351">
              <w:rPr>
                <w:rFonts w:ascii="Segoe UI Symbol" w:hAnsi="Segoe UI Symbol" w:cs="Segoe UI Symbol"/>
                <w:sz w:val="22"/>
              </w:rPr>
              <w:t>☐</w:t>
            </w:r>
            <w:r w:rsidRPr="00851351">
              <w:rPr>
                <w:rFonts w:cs="Times New Roman"/>
                <w:sz w:val="22"/>
              </w:rPr>
              <w:fldChar w:fldCharType="end"/>
            </w:r>
            <w:r w:rsidRPr="00851351">
              <w:rPr>
                <w:rFonts w:cs="Times New Roman"/>
                <w:sz w:val="22"/>
              </w:rPr>
              <w:t xml:space="preserve">Ne    Ako da, </w:t>
            </w:r>
            <w:proofErr w:type="spellStart"/>
            <w:r w:rsidRPr="00851351">
              <w:rPr>
                <w:rFonts w:cs="Times New Roman"/>
                <w:sz w:val="22"/>
              </w:rPr>
              <w:t>navedite</w:t>
            </w:r>
            <w:proofErr w:type="spellEnd"/>
            <w:r w:rsidRPr="00851351">
              <w:rPr>
                <w:rFonts w:cs="Times New Roman"/>
                <w:sz w:val="22"/>
              </w:rPr>
              <w:t xml:space="preserve"> </w:t>
            </w:r>
            <w:proofErr w:type="spellStart"/>
            <w:r w:rsidRPr="00851351">
              <w:rPr>
                <w:rFonts w:cs="Times New Roman"/>
                <w:sz w:val="22"/>
              </w:rPr>
              <w:t>n</w:t>
            </w:r>
            <w:r w:rsidR="009F7A0E" w:rsidRPr="00851351">
              <w:rPr>
                <w:rFonts w:cs="Times New Roman"/>
                <w:sz w:val="22"/>
              </w:rPr>
              <w:t>ajznačajnije</w:t>
            </w:r>
            <w:proofErr w:type="spellEnd"/>
            <w:r w:rsidR="009F7A0E" w:rsidRPr="00851351">
              <w:rPr>
                <w:rFonts w:cs="Times New Roman"/>
                <w:sz w:val="22"/>
              </w:rPr>
              <w:t>:</w:t>
            </w:r>
          </w:p>
        </w:tc>
      </w:tr>
      <w:tr w:rsidR="003171E1" w:rsidRPr="00851351" w14:paraId="217AF7E0" w14:textId="77777777">
        <w:trPr>
          <w:jc w:val="center"/>
        </w:trPr>
        <w:tc>
          <w:tcPr>
            <w:tcW w:w="5273" w:type="dxa"/>
            <w:gridSpan w:val="2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756A36D9" w14:textId="77777777" w:rsidR="003171E1" w:rsidRPr="00851351" w:rsidRDefault="00782DB7">
            <w:pPr>
              <w:rPr>
                <w:rFonts w:cs="Times New Roman"/>
                <w:sz w:val="22"/>
              </w:rPr>
            </w:pPr>
            <w:r w:rsidRPr="00851351">
              <w:rPr>
                <w:rFonts w:cs="Times New Roman"/>
                <w:sz w:val="22"/>
              </w:rPr>
              <w:t>Da li su za obavljanje ključnih poslova potrebne posebne stručne kvalifikacije, licence ili ovlašćenja?</w:t>
            </w:r>
          </w:p>
        </w:tc>
        <w:tc>
          <w:tcPr>
            <w:tcW w:w="5273" w:type="dxa"/>
            <w:gridSpan w:val="2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06C728F5" w14:textId="77777777" w:rsidR="003171E1" w:rsidRPr="00851351" w:rsidRDefault="00782DB7">
            <w:pPr>
              <w:rPr>
                <w:rFonts w:cs="Times New Roman"/>
                <w:sz w:val="22"/>
              </w:rPr>
            </w:pPr>
            <w:r w:rsidRPr="00851351">
              <w:rPr>
                <w:rFonts w:cs="Times New Roman"/>
                <w:sz w:val="22"/>
              </w:rPr>
              <w:fldChar w:fldCharType="begin">
                <w:ffData>
                  <w:name w:val="Check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51351">
              <w:rPr>
                <w:rFonts w:cs="Times New Roman"/>
                <w:sz w:val="22"/>
              </w:rPr>
              <w:instrText xml:space="preserve"> FORMCHECKBOX </w:instrText>
            </w:r>
            <w:r w:rsidRPr="00851351">
              <w:rPr>
                <w:rFonts w:cs="Times New Roman"/>
                <w:sz w:val="22"/>
              </w:rPr>
            </w:r>
            <w:r w:rsidRPr="00851351">
              <w:rPr>
                <w:rFonts w:cs="Times New Roman"/>
                <w:sz w:val="22"/>
              </w:rPr>
              <w:fldChar w:fldCharType="separate"/>
            </w:r>
            <w:r w:rsidRPr="00851351">
              <w:rPr>
                <w:rFonts w:ascii="Segoe UI Symbol" w:hAnsi="Segoe UI Symbol" w:cs="Segoe UI Symbol"/>
                <w:sz w:val="22"/>
              </w:rPr>
              <w:t>☐</w:t>
            </w:r>
            <w:r w:rsidRPr="00851351">
              <w:rPr>
                <w:rFonts w:cs="Times New Roman"/>
                <w:sz w:val="22"/>
              </w:rPr>
              <w:fldChar w:fldCharType="end"/>
            </w:r>
            <w:r w:rsidRPr="00851351">
              <w:rPr>
                <w:rFonts w:cs="Times New Roman"/>
                <w:sz w:val="22"/>
              </w:rPr>
              <w:t>Da</w:t>
            </w:r>
            <w:r w:rsidR="009F7A0E" w:rsidRPr="00851351">
              <w:rPr>
                <w:rFonts w:cs="Times New Roman"/>
                <w:sz w:val="22"/>
              </w:rPr>
              <w:t xml:space="preserve">       </w:t>
            </w:r>
            <w:r w:rsidRPr="00851351">
              <w:rPr>
                <w:rFonts w:cs="Times New Roman"/>
                <w:sz w:val="22"/>
              </w:rPr>
              <w:fldChar w:fldCharType="begin">
                <w:ffData>
                  <w:name w:val="Check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51351">
              <w:rPr>
                <w:rFonts w:cs="Times New Roman"/>
                <w:sz w:val="22"/>
              </w:rPr>
              <w:instrText xml:space="preserve"> FORMCHECKBOX </w:instrText>
            </w:r>
            <w:r w:rsidRPr="00851351">
              <w:rPr>
                <w:rFonts w:cs="Times New Roman"/>
                <w:sz w:val="22"/>
              </w:rPr>
            </w:r>
            <w:r w:rsidRPr="00851351">
              <w:rPr>
                <w:rFonts w:cs="Times New Roman"/>
                <w:sz w:val="22"/>
              </w:rPr>
              <w:fldChar w:fldCharType="separate"/>
            </w:r>
            <w:r w:rsidRPr="00851351">
              <w:rPr>
                <w:rFonts w:ascii="Segoe UI Symbol" w:hAnsi="Segoe UI Symbol" w:cs="Segoe UI Symbol"/>
                <w:sz w:val="22"/>
              </w:rPr>
              <w:t>☐</w:t>
            </w:r>
            <w:r w:rsidRPr="00851351">
              <w:rPr>
                <w:rFonts w:cs="Times New Roman"/>
                <w:sz w:val="22"/>
              </w:rPr>
              <w:fldChar w:fldCharType="end"/>
            </w:r>
            <w:r w:rsidRPr="00851351">
              <w:rPr>
                <w:rFonts w:cs="Times New Roman"/>
                <w:sz w:val="22"/>
              </w:rPr>
              <w:t>Ne</w:t>
            </w:r>
          </w:p>
        </w:tc>
      </w:tr>
      <w:tr w:rsidR="003171E1" w:rsidRPr="00851351" w14:paraId="17DB9E9B" w14:textId="77777777">
        <w:trPr>
          <w:jc w:val="center"/>
        </w:trPr>
        <w:tc>
          <w:tcPr>
            <w:tcW w:w="5273" w:type="dxa"/>
            <w:gridSpan w:val="2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0584210C" w14:textId="77777777" w:rsidR="003171E1" w:rsidRPr="00851351" w:rsidRDefault="00782DB7">
            <w:pPr>
              <w:rPr>
                <w:rFonts w:cs="Times New Roman"/>
                <w:sz w:val="22"/>
              </w:rPr>
            </w:pPr>
            <w:r w:rsidRPr="00851351">
              <w:rPr>
                <w:rFonts w:cs="Times New Roman"/>
                <w:sz w:val="22"/>
              </w:rPr>
              <w:t>Da li je tokom provere potreban prevodilac?</w:t>
            </w:r>
          </w:p>
        </w:tc>
        <w:tc>
          <w:tcPr>
            <w:tcW w:w="5273" w:type="dxa"/>
            <w:gridSpan w:val="2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38F48694" w14:textId="77777777" w:rsidR="003171E1" w:rsidRPr="00851351" w:rsidRDefault="00782DB7" w:rsidP="009F7A0E">
            <w:pPr>
              <w:rPr>
                <w:rFonts w:cs="Times New Roman"/>
                <w:sz w:val="22"/>
              </w:rPr>
            </w:pPr>
            <w:r w:rsidRPr="00851351">
              <w:rPr>
                <w:rFonts w:cs="Times New Roman"/>
                <w:sz w:val="22"/>
              </w:rPr>
              <w:fldChar w:fldCharType="begin">
                <w:ffData>
                  <w:name w:val="Check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51351">
              <w:rPr>
                <w:rFonts w:cs="Times New Roman"/>
                <w:sz w:val="22"/>
              </w:rPr>
              <w:instrText xml:space="preserve"> FORMCHECKBOX </w:instrText>
            </w:r>
            <w:r w:rsidRPr="00851351">
              <w:rPr>
                <w:rFonts w:cs="Times New Roman"/>
                <w:sz w:val="22"/>
              </w:rPr>
            </w:r>
            <w:r w:rsidRPr="00851351">
              <w:rPr>
                <w:rFonts w:cs="Times New Roman"/>
                <w:sz w:val="22"/>
              </w:rPr>
              <w:fldChar w:fldCharType="separate"/>
            </w:r>
            <w:r w:rsidRPr="00851351">
              <w:rPr>
                <w:rFonts w:ascii="Segoe UI Symbol" w:hAnsi="Segoe UI Symbol" w:cs="Segoe UI Symbol"/>
                <w:sz w:val="22"/>
              </w:rPr>
              <w:t>☐</w:t>
            </w:r>
            <w:r w:rsidRPr="00851351">
              <w:rPr>
                <w:rFonts w:cs="Times New Roman"/>
                <w:sz w:val="22"/>
              </w:rPr>
              <w:fldChar w:fldCharType="end"/>
            </w:r>
            <w:r w:rsidRPr="00851351">
              <w:rPr>
                <w:rFonts w:cs="Times New Roman"/>
                <w:sz w:val="22"/>
              </w:rPr>
              <w:t>Ne</w:t>
            </w:r>
            <w:r w:rsidR="009456EE" w:rsidRPr="00851351">
              <w:rPr>
                <w:rFonts w:cs="Times New Roman"/>
                <w:sz w:val="22"/>
              </w:rPr>
              <w:t xml:space="preserve">       </w:t>
            </w:r>
            <w:r w:rsidRPr="00851351">
              <w:rPr>
                <w:rFonts w:cs="Times New Roman"/>
                <w:sz w:val="22"/>
              </w:rPr>
              <w:fldChar w:fldCharType="begin">
                <w:ffData>
                  <w:name w:val="Check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51351">
              <w:rPr>
                <w:rFonts w:cs="Times New Roman"/>
                <w:sz w:val="22"/>
              </w:rPr>
              <w:instrText xml:space="preserve"> FORMCHECKBOX </w:instrText>
            </w:r>
            <w:r w:rsidRPr="00851351">
              <w:rPr>
                <w:rFonts w:cs="Times New Roman"/>
                <w:sz w:val="22"/>
              </w:rPr>
            </w:r>
            <w:r w:rsidRPr="00851351">
              <w:rPr>
                <w:rFonts w:cs="Times New Roman"/>
                <w:sz w:val="22"/>
              </w:rPr>
              <w:fldChar w:fldCharType="separate"/>
            </w:r>
            <w:r w:rsidRPr="00851351">
              <w:rPr>
                <w:rFonts w:ascii="Segoe UI Symbol" w:hAnsi="Segoe UI Symbol" w:cs="Segoe UI Symbol"/>
                <w:sz w:val="22"/>
              </w:rPr>
              <w:t>☐</w:t>
            </w:r>
            <w:r w:rsidRPr="00851351">
              <w:rPr>
                <w:rFonts w:cs="Times New Roman"/>
                <w:sz w:val="22"/>
              </w:rPr>
              <w:fldChar w:fldCharType="end"/>
            </w:r>
            <w:r w:rsidR="009456EE" w:rsidRPr="00851351">
              <w:rPr>
                <w:rFonts w:cs="Times New Roman"/>
                <w:sz w:val="22"/>
              </w:rPr>
              <w:t xml:space="preserve">Da </w:t>
            </w:r>
            <w:r w:rsidR="009F7A0E" w:rsidRPr="00851351">
              <w:rPr>
                <w:rFonts w:cs="Times New Roman"/>
                <w:sz w:val="22"/>
              </w:rPr>
              <w:t xml:space="preserve">    </w:t>
            </w:r>
            <w:r w:rsidR="009456EE" w:rsidRPr="00851351">
              <w:rPr>
                <w:rFonts w:cs="Times New Roman"/>
                <w:sz w:val="22"/>
              </w:rPr>
              <w:t xml:space="preserve">Ako da, </w:t>
            </w:r>
            <w:proofErr w:type="spellStart"/>
            <w:r w:rsidR="009456EE" w:rsidRPr="00851351">
              <w:rPr>
                <w:rFonts w:cs="Times New Roman"/>
                <w:sz w:val="22"/>
              </w:rPr>
              <w:t>navedite</w:t>
            </w:r>
            <w:proofErr w:type="spellEnd"/>
            <w:r w:rsidR="009456EE" w:rsidRPr="00851351">
              <w:rPr>
                <w:rFonts w:cs="Times New Roman"/>
                <w:sz w:val="22"/>
              </w:rPr>
              <w:t xml:space="preserve"> </w:t>
            </w:r>
            <w:proofErr w:type="spellStart"/>
            <w:r w:rsidR="009456EE" w:rsidRPr="00851351">
              <w:rPr>
                <w:rFonts w:cs="Times New Roman"/>
                <w:sz w:val="22"/>
              </w:rPr>
              <w:t>j</w:t>
            </w:r>
            <w:r w:rsidRPr="00851351">
              <w:rPr>
                <w:rFonts w:cs="Times New Roman"/>
                <w:sz w:val="22"/>
              </w:rPr>
              <w:t>ezik</w:t>
            </w:r>
            <w:proofErr w:type="spellEnd"/>
            <w:r w:rsidRPr="00851351">
              <w:rPr>
                <w:rFonts w:cs="Times New Roman"/>
                <w:sz w:val="22"/>
              </w:rPr>
              <w:t>: __________________</w:t>
            </w:r>
          </w:p>
        </w:tc>
      </w:tr>
      <w:tr w:rsidR="003171E1" w:rsidRPr="00851351" w14:paraId="0D9D9625" w14:textId="77777777">
        <w:trPr>
          <w:jc w:val="center"/>
        </w:trPr>
        <w:tc>
          <w:tcPr>
            <w:tcW w:w="10546" w:type="dxa"/>
            <w:gridSpan w:val="4"/>
            <w:shd w:val="clear" w:color="auto" w:fill="8EC5F4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5F6054AF" w14:textId="77777777" w:rsidR="003171E1" w:rsidRPr="00851351" w:rsidRDefault="00782DB7">
            <w:pPr>
              <w:rPr>
                <w:rFonts w:cs="Times New Roman"/>
                <w:sz w:val="22"/>
              </w:rPr>
            </w:pPr>
            <w:r w:rsidRPr="00851351">
              <w:rPr>
                <w:rFonts w:cs="Times New Roman"/>
                <w:b/>
                <w:sz w:val="22"/>
              </w:rPr>
              <w:t>Podaci značajni za planiranje provere</w:t>
            </w:r>
          </w:p>
        </w:tc>
      </w:tr>
      <w:tr w:rsidR="003171E1" w:rsidRPr="00851351" w14:paraId="44D8AD39" w14:textId="77777777">
        <w:trPr>
          <w:jc w:val="center"/>
        </w:trPr>
        <w:tc>
          <w:tcPr>
            <w:tcW w:w="5273" w:type="dxa"/>
            <w:gridSpan w:val="2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7195B160" w14:textId="77777777" w:rsidR="003171E1" w:rsidRPr="00851351" w:rsidRDefault="00782DB7">
            <w:pPr>
              <w:rPr>
                <w:rFonts w:cs="Times New Roman"/>
                <w:sz w:val="22"/>
              </w:rPr>
            </w:pPr>
            <w:r w:rsidRPr="00851351">
              <w:rPr>
                <w:rFonts w:cs="Times New Roman"/>
                <w:sz w:val="22"/>
              </w:rPr>
              <w:t>Koliko dugo je sistem menadžmenta u primeni?</w:t>
            </w:r>
          </w:p>
        </w:tc>
        <w:tc>
          <w:tcPr>
            <w:tcW w:w="5273" w:type="dxa"/>
            <w:gridSpan w:val="2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16C2A8F6" w14:textId="77777777" w:rsidR="003171E1" w:rsidRPr="00851351" w:rsidRDefault="00782DB7">
            <w:pPr>
              <w:rPr>
                <w:rFonts w:cs="Times New Roman"/>
                <w:sz w:val="22"/>
              </w:rPr>
            </w:pPr>
            <w:r w:rsidRPr="00851351">
              <w:rPr>
                <w:rFonts w:cs="Times New Roman"/>
                <w:sz w:val="22"/>
              </w:rPr>
              <w:fldChar w:fldCharType="begin">
                <w:ffData>
                  <w:name w:val="Check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51351">
              <w:rPr>
                <w:rFonts w:cs="Times New Roman"/>
                <w:sz w:val="22"/>
              </w:rPr>
              <w:instrText xml:space="preserve"> FORMCHECKBOX </w:instrText>
            </w:r>
            <w:r w:rsidRPr="00851351">
              <w:rPr>
                <w:rFonts w:cs="Times New Roman"/>
                <w:sz w:val="22"/>
              </w:rPr>
            </w:r>
            <w:r w:rsidRPr="00851351">
              <w:rPr>
                <w:rFonts w:cs="Times New Roman"/>
                <w:sz w:val="22"/>
              </w:rPr>
              <w:fldChar w:fldCharType="separate"/>
            </w:r>
            <w:r w:rsidRPr="00851351">
              <w:rPr>
                <w:rFonts w:ascii="Segoe UI Symbol" w:hAnsi="Segoe UI Symbol" w:cs="Segoe UI Symbol"/>
                <w:sz w:val="22"/>
              </w:rPr>
              <w:t>☐</w:t>
            </w:r>
            <w:r w:rsidRPr="00851351">
              <w:rPr>
                <w:rFonts w:cs="Times New Roman"/>
                <w:sz w:val="22"/>
              </w:rPr>
              <w:fldChar w:fldCharType="end"/>
            </w:r>
            <w:proofErr w:type="spellStart"/>
            <w:r w:rsidRPr="00851351">
              <w:rPr>
                <w:rFonts w:cs="Times New Roman"/>
                <w:sz w:val="22"/>
              </w:rPr>
              <w:t>manje</w:t>
            </w:r>
            <w:proofErr w:type="spellEnd"/>
            <w:r w:rsidRPr="00851351">
              <w:rPr>
                <w:rFonts w:cs="Times New Roman"/>
                <w:sz w:val="22"/>
              </w:rPr>
              <w:t xml:space="preserve"> od 6 </w:t>
            </w:r>
            <w:proofErr w:type="spellStart"/>
            <w:r w:rsidRPr="00851351">
              <w:rPr>
                <w:rFonts w:cs="Times New Roman"/>
                <w:sz w:val="22"/>
              </w:rPr>
              <w:t>meseci</w:t>
            </w:r>
            <w:proofErr w:type="spellEnd"/>
            <w:r w:rsidR="009456EE" w:rsidRPr="00851351">
              <w:rPr>
                <w:rFonts w:cs="Times New Roman"/>
                <w:sz w:val="22"/>
              </w:rPr>
              <w:t xml:space="preserve"> </w:t>
            </w:r>
            <w:r w:rsidRPr="00851351">
              <w:rPr>
                <w:rFonts w:cs="Times New Roman"/>
                <w:sz w:val="22"/>
              </w:rPr>
              <w:fldChar w:fldCharType="begin">
                <w:ffData>
                  <w:name w:val="Check3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51351">
              <w:rPr>
                <w:rFonts w:cs="Times New Roman"/>
                <w:sz w:val="22"/>
              </w:rPr>
              <w:instrText xml:space="preserve"> FORMCHECKBOX </w:instrText>
            </w:r>
            <w:r w:rsidRPr="00851351">
              <w:rPr>
                <w:rFonts w:cs="Times New Roman"/>
                <w:sz w:val="22"/>
              </w:rPr>
            </w:r>
            <w:r w:rsidRPr="00851351">
              <w:rPr>
                <w:rFonts w:cs="Times New Roman"/>
                <w:sz w:val="22"/>
              </w:rPr>
              <w:fldChar w:fldCharType="separate"/>
            </w:r>
            <w:r w:rsidRPr="00851351">
              <w:rPr>
                <w:rFonts w:ascii="Segoe UI Symbol" w:hAnsi="Segoe UI Symbol" w:cs="Segoe UI Symbol"/>
                <w:sz w:val="22"/>
              </w:rPr>
              <w:t>☐</w:t>
            </w:r>
            <w:r w:rsidRPr="00851351">
              <w:rPr>
                <w:rFonts w:cs="Times New Roman"/>
                <w:sz w:val="22"/>
              </w:rPr>
              <w:fldChar w:fldCharType="end"/>
            </w:r>
            <w:r w:rsidRPr="00851351">
              <w:rPr>
                <w:rFonts w:cs="Times New Roman"/>
                <w:sz w:val="22"/>
              </w:rPr>
              <w:t xml:space="preserve">6–12 </w:t>
            </w:r>
            <w:proofErr w:type="spellStart"/>
            <w:r w:rsidRPr="00851351">
              <w:rPr>
                <w:rFonts w:cs="Times New Roman"/>
                <w:sz w:val="22"/>
              </w:rPr>
              <w:t>meseci</w:t>
            </w:r>
            <w:proofErr w:type="spellEnd"/>
            <w:r w:rsidR="009456EE" w:rsidRPr="00851351">
              <w:rPr>
                <w:rFonts w:cs="Times New Roman"/>
                <w:sz w:val="22"/>
              </w:rPr>
              <w:t xml:space="preserve"> </w:t>
            </w:r>
            <w:r w:rsidRPr="00851351">
              <w:rPr>
                <w:rFonts w:cs="Times New Roman"/>
                <w:sz w:val="22"/>
              </w:rPr>
              <w:fldChar w:fldCharType="begin">
                <w:ffData>
                  <w:name w:val="Check3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51351">
              <w:rPr>
                <w:rFonts w:cs="Times New Roman"/>
                <w:sz w:val="22"/>
              </w:rPr>
              <w:instrText xml:space="preserve"> FORMCHECKBOX </w:instrText>
            </w:r>
            <w:r w:rsidRPr="00851351">
              <w:rPr>
                <w:rFonts w:cs="Times New Roman"/>
                <w:sz w:val="22"/>
              </w:rPr>
            </w:r>
            <w:r w:rsidRPr="00851351">
              <w:rPr>
                <w:rFonts w:cs="Times New Roman"/>
                <w:sz w:val="22"/>
              </w:rPr>
              <w:fldChar w:fldCharType="separate"/>
            </w:r>
            <w:r w:rsidRPr="00851351">
              <w:rPr>
                <w:rFonts w:ascii="Segoe UI Symbol" w:hAnsi="Segoe UI Symbol" w:cs="Segoe UI Symbol"/>
                <w:sz w:val="22"/>
              </w:rPr>
              <w:t>☐</w:t>
            </w:r>
            <w:r w:rsidRPr="00851351">
              <w:rPr>
                <w:rFonts w:cs="Times New Roman"/>
                <w:sz w:val="22"/>
              </w:rPr>
              <w:fldChar w:fldCharType="end"/>
            </w:r>
            <w:proofErr w:type="spellStart"/>
            <w:r w:rsidR="00D3300E" w:rsidRPr="00851351">
              <w:rPr>
                <w:rFonts w:cs="Times New Roman"/>
                <w:sz w:val="22"/>
              </w:rPr>
              <w:t>više</w:t>
            </w:r>
            <w:proofErr w:type="spellEnd"/>
            <w:r w:rsidR="00D3300E" w:rsidRPr="00851351">
              <w:rPr>
                <w:rFonts w:cs="Times New Roman"/>
                <w:sz w:val="22"/>
              </w:rPr>
              <w:t xml:space="preserve"> od 1 </w:t>
            </w:r>
            <w:proofErr w:type="gramStart"/>
            <w:r w:rsidR="00D3300E" w:rsidRPr="00851351">
              <w:rPr>
                <w:rFonts w:cs="Times New Roman"/>
                <w:sz w:val="22"/>
              </w:rPr>
              <w:t>god</w:t>
            </w:r>
            <w:proofErr w:type="gramEnd"/>
          </w:p>
        </w:tc>
      </w:tr>
      <w:tr w:rsidR="003171E1" w:rsidRPr="00851351" w14:paraId="00EE2EFA" w14:textId="77777777">
        <w:trPr>
          <w:jc w:val="center"/>
        </w:trPr>
        <w:tc>
          <w:tcPr>
            <w:tcW w:w="5273" w:type="dxa"/>
            <w:gridSpan w:val="2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477A44F7" w14:textId="77777777" w:rsidR="003171E1" w:rsidRPr="00851351" w:rsidRDefault="00782DB7">
            <w:pPr>
              <w:rPr>
                <w:rFonts w:cs="Times New Roman"/>
                <w:sz w:val="22"/>
              </w:rPr>
            </w:pPr>
            <w:r w:rsidRPr="00851351">
              <w:rPr>
                <w:rFonts w:cs="Times New Roman"/>
                <w:sz w:val="22"/>
              </w:rPr>
              <w:t>Da li je sprovedena interna provera sistema?</w:t>
            </w:r>
          </w:p>
        </w:tc>
        <w:tc>
          <w:tcPr>
            <w:tcW w:w="5273" w:type="dxa"/>
            <w:gridSpan w:val="2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38B488BB" w14:textId="77777777" w:rsidR="003171E1" w:rsidRPr="00851351" w:rsidRDefault="00782DB7">
            <w:pPr>
              <w:rPr>
                <w:rFonts w:cs="Times New Roman"/>
                <w:sz w:val="22"/>
              </w:rPr>
            </w:pPr>
            <w:r w:rsidRPr="00851351">
              <w:rPr>
                <w:rFonts w:cs="Times New Roman"/>
                <w:sz w:val="22"/>
              </w:rPr>
              <w:fldChar w:fldCharType="begin">
                <w:ffData>
                  <w:name w:val="Check3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51351">
              <w:rPr>
                <w:rFonts w:cs="Times New Roman"/>
                <w:sz w:val="22"/>
              </w:rPr>
              <w:instrText xml:space="preserve"> FORMCHECKBOX </w:instrText>
            </w:r>
            <w:r w:rsidRPr="00851351">
              <w:rPr>
                <w:rFonts w:cs="Times New Roman"/>
                <w:sz w:val="22"/>
              </w:rPr>
            </w:r>
            <w:r w:rsidRPr="00851351">
              <w:rPr>
                <w:rFonts w:cs="Times New Roman"/>
                <w:sz w:val="22"/>
              </w:rPr>
              <w:fldChar w:fldCharType="separate"/>
            </w:r>
            <w:r w:rsidRPr="00851351">
              <w:rPr>
                <w:rFonts w:ascii="Segoe UI Symbol" w:hAnsi="Segoe UI Symbol" w:cs="Segoe UI Symbol"/>
                <w:sz w:val="22"/>
              </w:rPr>
              <w:t>☐</w:t>
            </w:r>
            <w:r w:rsidRPr="00851351">
              <w:rPr>
                <w:rFonts w:cs="Times New Roman"/>
                <w:sz w:val="22"/>
              </w:rPr>
              <w:fldChar w:fldCharType="end"/>
            </w:r>
            <w:r w:rsidRPr="00851351">
              <w:rPr>
                <w:rFonts w:cs="Times New Roman"/>
                <w:sz w:val="22"/>
              </w:rPr>
              <w:t>Da</w:t>
            </w:r>
            <w:r w:rsidR="009456EE" w:rsidRPr="00851351">
              <w:rPr>
                <w:rFonts w:cs="Times New Roman"/>
                <w:sz w:val="22"/>
              </w:rPr>
              <w:t xml:space="preserve">      </w:t>
            </w:r>
            <w:r w:rsidRPr="00851351">
              <w:rPr>
                <w:rFonts w:cs="Times New Roman"/>
                <w:sz w:val="22"/>
              </w:rPr>
              <w:fldChar w:fldCharType="begin">
                <w:ffData>
                  <w:name w:val="Check3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51351">
              <w:rPr>
                <w:rFonts w:cs="Times New Roman"/>
                <w:sz w:val="22"/>
              </w:rPr>
              <w:instrText xml:space="preserve"> FORMCHECKBOX </w:instrText>
            </w:r>
            <w:r w:rsidRPr="00851351">
              <w:rPr>
                <w:rFonts w:cs="Times New Roman"/>
                <w:sz w:val="22"/>
              </w:rPr>
            </w:r>
            <w:r w:rsidRPr="00851351">
              <w:rPr>
                <w:rFonts w:cs="Times New Roman"/>
                <w:sz w:val="22"/>
              </w:rPr>
              <w:fldChar w:fldCharType="separate"/>
            </w:r>
            <w:r w:rsidRPr="00851351">
              <w:rPr>
                <w:rFonts w:ascii="Segoe UI Symbol" w:hAnsi="Segoe UI Symbol" w:cs="Segoe UI Symbol"/>
                <w:sz w:val="22"/>
              </w:rPr>
              <w:t>☐</w:t>
            </w:r>
            <w:r w:rsidRPr="00851351">
              <w:rPr>
                <w:rFonts w:cs="Times New Roman"/>
                <w:sz w:val="22"/>
              </w:rPr>
              <w:fldChar w:fldCharType="end"/>
            </w:r>
            <w:r w:rsidRPr="00851351">
              <w:rPr>
                <w:rFonts w:cs="Times New Roman"/>
                <w:sz w:val="22"/>
              </w:rPr>
              <w:t>Ne</w:t>
            </w:r>
          </w:p>
        </w:tc>
      </w:tr>
      <w:tr w:rsidR="003171E1" w:rsidRPr="00851351" w14:paraId="2F6DAAD1" w14:textId="77777777">
        <w:trPr>
          <w:jc w:val="center"/>
        </w:trPr>
        <w:tc>
          <w:tcPr>
            <w:tcW w:w="5273" w:type="dxa"/>
            <w:gridSpan w:val="2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4C8CD368" w14:textId="77777777" w:rsidR="003171E1" w:rsidRPr="00851351" w:rsidRDefault="00782DB7">
            <w:pPr>
              <w:rPr>
                <w:rFonts w:cs="Times New Roman"/>
                <w:sz w:val="22"/>
              </w:rPr>
            </w:pPr>
            <w:r w:rsidRPr="00851351">
              <w:rPr>
                <w:rFonts w:cs="Times New Roman"/>
                <w:sz w:val="22"/>
              </w:rPr>
              <w:t>Da li je sprovedeno preispitivanje sistema od strane rukovodstva?</w:t>
            </w:r>
          </w:p>
        </w:tc>
        <w:tc>
          <w:tcPr>
            <w:tcW w:w="5273" w:type="dxa"/>
            <w:gridSpan w:val="2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51972B87" w14:textId="77777777" w:rsidR="003171E1" w:rsidRPr="00851351" w:rsidRDefault="00782DB7">
            <w:pPr>
              <w:rPr>
                <w:rFonts w:cs="Times New Roman"/>
                <w:sz w:val="22"/>
              </w:rPr>
            </w:pPr>
            <w:r w:rsidRPr="00851351">
              <w:rPr>
                <w:rFonts w:cs="Times New Roman"/>
                <w:sz w:val="22"/>
              </w:rPr>
              <w:fldChar w:fldCharType="begin">
                <w:ffData>
                  <w:name w:val="Check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51351">
              <w:rPr>
                <w:rFonts w:cs="Times New Roman"/>
                <w:sz w:val="22"/>
              </w:rPr>
              <w:instrText xml:space="preserve"> FORMCHECKBOX </w:instrText>
            </w:r>
            <w:r w:rsidRPr="00851351">
              <w:rPr>
                <w:rFonts w:cs="Times New Roman"/>
                <w:sz w:val="22"/>
              </w:rPr>
            </w:r>
            <w:r w:rsidRPr="00851351">
              <w:rPr>
                <w:rFonts w:cs="Times New Roman"/>
                <w:sz w:val="22"/>
              </w:rPr>
              <w:fldChar w:fldCharType="separate"/>
            </w:r>
            <w:r w:rsidRPr="00851351">
              <w:rPr>
                <w:rFonts w:ascii="Segoe UI Symbol" w:hAnsi="Segoe UI Symbol" w:cs="Segoe UI Symbol"/>
                <w:sz w:val="22"/>
              </w:rPr>
              <w:t>☐</w:t>
            </w:r>
            <w:r w:rsidRPr="00851351">
              <w:rPr>
                <w:rFonts w:cs="Times New Roman"/>
                <w:sz w:val="22"/>
              </w:rPr>
              <w:fldChar w:fldCharType="end"/>
            </w:r>
            <w:r w:rsidRPr="00851351">
              <w:rPr>
                <w:rFonts w:cs="Times New Roman"/>
                <w:sz w:val="22"/>
              </w:rPr>
              <w:t>Da</w:t>
            </w:r>
            <w:r w:rsidR="003E235A" w:rsidRPr="00851351">
              <w:rPr>
                <w:rFonts w:cs="Times New Roman"/>
                <w:sz w:val="22"/>
              </w:rPr>
              <w:t xml:space="preserve">      </w:t>
            </w:r>
            <w:r w:rsidRPr="00851351">
              <w:rPr>
                <w:rFonts w:cs="Times New Roman"/>
                <w:sz w:val="22"/>
              </w:rPr>
              <w:fldChar w:fldCharType="begin">
                <w:ffData>
                  <w:name w:val="Check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51351">
              <w:rPr>
                <w:rFonts w:cs="Times New Roman"/>
                <w:sz w:val="22"/>
              </w:rPr>
              <w:instrText xml:space="preserve"> FORMCHECKBOX </w:instrText>
            </w:r>
            <w:r w:rsidRPr="00851351">
              <w:rPr>
                <w:rFonts w:cs="Times New Roman"/>
                <w:sz w:val="22"/>
              </w:rPr>
            </w:r>
            <w:r w:rsidRPr="00851351">
              <w:rPr>
                <w:rFonts w:cs="Times New Roman"/>
                <w:sz w:val="22"/>
              </w:rPr>
              <w:fldChar w:fldCharType="separate"/>
            </w:r>
            <w:r w:rsidRPr="00851351">
              <w:rPr>
                <w:rFonts w:ascii="Segoe UI Symbol" w:hAnsi="Segoe UI Symbol" w:cs="Segoe UI Symbol"/>
                <w:sz w:val="22"/>
              </w:rPr>
              <w:t>☐</w:t>
            </w:r>
            <w:r w:rsidRPr="00851351">
              <w:rPr>
                <w:rFonts w:cs="Times New Roman"/>
                <w:sz w:val="22"/>
              </w:rPr>
              <w:fldChar w:fldCharType="end"/>
            </w:r>
            <w:r w:rsidRPr="00851351">
              <w:rPr>
                <w:rFonts w:cs="Times New Roman"/>
                <w:sz w:val="22"/>
              </w:rPr>
              <w:t>Ne</w:t>
            </w:r>
          </w:p>
        </w:tc>
      </w:tr>
      <w:tr w:rsidR="003171E1" w:rsidRPr="00851351" w14:paraId="440E667B" w14:textId="77777777">
        <w:trPr>
          <w:jc w:val="center"/>
        </w:trPr>
        <w:tc>
          <w:tcPr>
            <w:tcW w:w="5273" w:type="dxa"/>
            <w:gridSpan w:val="2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1D3EE66D" w14:textId="77777777" w:rsidR="003171E1" w:rsidRPr="00851351" w:rsidRDefault="00782DB7">
            <w:pPr>
              <w:rPr>
                <w:rFonts w:cs="Times New Roman"/>
                <w:sz w:val="22"/>
              </w:rPr>
            </w:pPr>
            <w:r w:rsidRPr="00851351">
              <w:rPr>
                <w:rFonts w:cs="Times New Roman"/>
                <w:sz w:val="22"/>
              </w:rPr>
              <w:t>Da li postoje značajne promene koje mogu uticati na obim ili plan provere?</w:t>
            </w:r>
          </w:p>
        </w:tc>
        <w:tc>
          <w:tcPr>
            <w:tcW w:w="5273" w:type="dxa"/>
            <w:gridSpan w:val="2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111A968D" w14:textId="77777777" w:rsidR="003171E1" w:rsidRPr="00851351" w:rsidRDefault="00782DB7">
            <w:pPr>
              <w:rPr>
                <w:rFonts w:cs="Times New Roman"/>
                <w:sz w:val="22"/>
              </w:rPr>
            </w:pPr>
            <w:r w:rsidRPr="00851351">
              <w:rPr>
                <w:rFonts w:cs="Times New Roman"/>
                <w:sz w:val="22"/>
              </w:rPr>
              <w:fldChar w:fldCharType="begin">
                <w:ffData>
                  <w:name w:val="Check4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51351">
              <w:rPr>
                <w:rFonts w:cs="Times New Roman"/>
                <w:sz w:val="22"/>
              </w:rPr>
              <w:instrText xml:space="preserve"> FORMCHECKBOX </w:instrText>
            </w:r>
            <w:r w:rsidRPr="00851351">
              <w:rPr>
                <w:rFonts w:cs="Times New Roman"/>
                <w:sz w:val="22"/>
              </w:rPr>
            </w:r>
            <w:r w:rsidRPr="00851351">
              <w:rPr>
                <w:rFonts w:cs="Times New Roman"/>
                <w:sz w:val="22"/>
              </w:rPr>
              <w:fldChar w:fldCharType="separate"/>
            </w:r>
            <w:r w:rsidRPr="00851351">
              <w:rPr>
                <w:rFonts w:ascii="Segoe UI Symbol" w:hAnsi="Segoe UI Symbol" w:cs="Segoe UI Symbol"/>
                <w:sz w:val="22"/>
              </w:rPr>
              <w:t>☐</w:t>
            </w:r>
            <w:r w:rsidRPr="00851351">
              <w:rPr>
                <w:rFonts w:cs="Times New Roman"/>
                <w:sz w:val="22"/>
              </w:rPr>
              <w:fldChar w:fldCharType="end"/>
            </w:r>
            <w:r w:rsidRPr="00851351">
              <w:rPr>
                <w:rFonts w:cs="Times New Roman"/>
                <w:sz w:val="22"/>
              </w:rPr>
              <w:t>Da</w:t>
            </w:r>
            <w:r w:rsidR="003E235A" w:rsidRPr="00851351">
              <w:rPr>
                <w:rFonts w:cs="Times New Roman"/>
                <w:sz w:val="22"/>
              </w:rPr>
              <w:t xml:space="preserve">      </w:t>
            </w:r>
            <w:r w:rsidRPr="00851351">
              <w:rPr>
                <w:rFonts w:cs="Times New Roman"/>
                <w:sz w:val="22"/>
              </w:rPr>
              <w:fldChar w:fldCharType="begin">
                <w:ffData>
                  <w:name w:val="Check4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51351">
              <w:rPr>
                <w:rFonts w:cs="Times New Roman"/>
                <w:sz w:val="22"/>
              </w:rPr>
              <w:instrText xml:space="preserve"> FORMCHECKBOX </w:instrText>
            </w:r>
            <w:r w:rsidRPr="00851351">
              <w:rPr>
                <w:rFonts w:cs="Times New Roman"/>
                <w:sz w:val="22"/>
              </w:rPr>
            </w:r>
            <w:r w:rsidRPr="00851351">
              <w:rPr>
                <w:rFonts w:cs="Times New Roman"/>
                <w:sz w:val="22"/>
              </w:rPr>
              <w:fldChar w:fldCharType="separate"/>
            </w:r>
            <w:r w:rsidRPr="00851351">
              <w:rPr>
                <w:rFonts w:ascii="Segoe UI Symbol" w:hAnsi="Segoe UI Symbol" w:cs="Segoe UI Symbol"/>
                <w:sz w:val="22"/>
              </w:rPr>
              <w:t>☐</w:t>
            </w:r>
            <w:r w:rsidRPr="00851351">
              <w:rPr>
                <w:rFonts w:cs="Times New Roman"/>
                <w:sz w:val="22"/>
              </w:rPr>
              <w:fldChar w:fldCharType="end"/>
            </w:r>
            <w:r w:rsidRPr="00851351">
              <w:rPr>
                <w:rFonts w:cs="Times New Roman"/>
                <w:sz w:val="22"/>
              </w:rPr>
              <w:t>Ne    _____________________________________</w:t>
            </w:r>
          </w:p>
        </w:tc>
      </w:tr>
      <w:tr w:rsidR="003171E1" w:rsidRPr="00851351" w14:paraId="4F4C66B3" w14:textId="77777777">
        <w:trPr>
          <w:jc w:val="center"/>
        </w:trPr>
        <w:tc>
          <w:tcPr>
            <w:tcW w:w="5273" w:type="dxa"/>
            <w:gridSpan w:val="2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777E4C8E" w14:textId="77777777" w:rsidR="003171E1" w:rsidRPr="00851351" w:rsidRDefault="00782DB7">
            <w:pPr>
              <w:rPr>
                <w:rFonts w:cs="Times New Roman"/>
                <w:sz w:val="22"/>
              </w:rPr>
            </w:pPr>
            <w:r w:rsidRPr="00851351">
              <w:rPr>
                <w:rFonts w:cs="Times New Roman"/>
                <w:sz w:val="22"/>
              </w:rPr>
              <w:t>Da li postoje posebni bezbednosni, pristupni ili drugi uslovi za audit tim?</w:t>
            </w:r>
          </w:p>
        </w:tc>
        <w:tc>
          <w:tcPr>
            <w:tcW w:w="5273" w:type="dxa"/>
            <w:gridSpan w:val="2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434BD58D" w14:textId="77777777" w:rsidR="003171E1" w:rsidRPr="00851351" w:rsidRDefault="00782DB7">
            <w:pPr>
              <w:rPr>
                <w:rFonts w:cs="Times New Roman"/>
                <w:sz w:val="22"/>
              </w:rPr>
            </w:pPr>
            <w:r w:rsidRPr="00851351">
              <w:rPr>
                <w:rFonts w:cs="Times New Roman"/>
                <w:sz w:val="22"/>
              </w:rPr>
              <w:fldChar w:fldCharType="begin">
                <w:ffData>
                  <w:name w:val="Check4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51351">
              <w:rPr>
                <w:rFonts w:cs="Times New Roman"/>
                <w:sz w:val="22"/>
              </w:rPr>
              <w:instrText xml:space="preserve"> FORMCHECKBOX </w:instrText>
            </w:r>
            <w:r w:rsidRPr="00851351">
              <w:rPr>
                <w:rFonts w:cs="Times New Roman"/>
                <w:sz w:val="22"/>
              </w:rPr>
            </w:r>
            <w:r w:rsidRPr="00851351">
              <w:rPr>
                <w:rFonts w:cs="Times New Roman"/>
                <w:sz w:val="22"/>
              </w:rPr>
              <w:fldChar w:fldCharType="separate"/>
            </w:r>
            <w:r w:rsidRPr="00851351">
              <w:rPr>
                <w:rFonts w:ascii="Segoe UI Symbol" w:hAnsi="Segoe UI Symbol" w:cs="Segoe UI Symbol"/>
                <w:sz w:val="22"/>
              </w:rPr>
              <w:t>☐</w:t>
            </w:r>
            <w:r w:rsidRPr="00851351">
              <w:rPr>
                <w:rFonts w:cs="Times New Roman"/>
                <w:sz w:val="22"/>
              </w:rPr>
              <w:fldChar w:fldCharType="end"/>
            </w:r>
            <w:r w:rsidRPr="00851351">
              <w:rPr>
                <w:rFonts w:cs="Times New Roman"/>
                <w:sz w:val="22"/>
              </w:rPr>
              <w:t>Da</w:t>
            </w:r>
            <w:r w:rsidR="003E235A" w:rsidRPr="00851351">
              <w:rPr>
                <w:rFonts w:cs="Times New Roman"/>
                <w:sz w:val="22"/>
              </w:rPr>
              <w:t xml:space="preserve">      </w:t>
            </w:r>
            <w:r w:rsidRPr="00851351">
              <w:rPr>
                <w:rFonts w:cs="Times New Roman"/>
                <w:sz w:val="22"/>
              </w:rPr>
              <w:fldChar w:fldCharType="begin">
                <w:ffData>
                  <w:name w:val="Check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51351">
              <w:rPr>
                <w:rFonts w:cs="Times New Roman"/>
                <w:sz w:val="22"/>
              </w:rPr>
              <w:instrText xml:space="preserve"> FORMCHECKBOX </w:instrText>
            </w:r>
            <w:r w:rsidRPr="00851351">
              <w:rPr>
                <w:rFonts w:cs="Times New Roman"/>
                <w:sz w:val="22"/>
              </w:rPr>
            </w:r>
            <w:r w:rsidRPr="00851351">
              <w:rPr>
                <w:rFonts w:cs="Times New Roman"/>
                <w:sz w:val="22"/>
              </w:rPr>
              <w:fldChar w:fldCharType="separate"/>
            </w:r>
            <w:r w:rsidRPr="00851351">
              <w:rPr>
                <w:rFonts w:ascii="Segoe UI Symbol" w:hAnsi="Segoe UI Symbol" w:cs="Segoe UI Symbol"/>
                <w:sz w:val="22"/>
              </w:rPr>
              <w:t>☐</w:t>
            </w:r>
            <w:r w:rsidRPr="00851351">
              <w:rPr>
                <w:rFonts w:cs="Times New Roman"/>
                <w:sz w:val="22"/>
              </w:rPr>
              <w:fldChar w:fldCharType="end"/>
            </w:r>
            <w:r w:rsidRPr="00851351">
              <w:rPr>
                <w:rFonts w:cs="Times New Roman"/>
                <w:sz w:val="22"/>
              </w:rPr>
              <w:t>Ne     _____________________________________</w:t>
            </w:r>
          </w:p>
        </w:tc>
      </w:tr>
      <w:tr w:rsidR="003171E1" w:rsidRPr="00851351" w14:paraId="23BF61EA" w14:textId="77777777">
        <w:trPr>
          <w:jc w:val="center"/>
        </w:trPr>
        <w:tc>
          <w:tcPr>
            <w:tcW w:w="10546" w:type="dxa"/>
            <w:gridSpan w:val="4"/>
            <w:shd w:val="clear" w:color="auto" w:fill="8EC5F4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410CD11F" w14:textId="77777777" w:rsidR="003171E1" w:rsidRPr="00851351" w:rsidRDefault="00782DB7">
            <w:pPr>
              <w:rPr>
                <w:rFonts w:cs="Times New Roman"/>
                <w:sz w:val="22"/>
              </w:rPr>
            </w:pPr>
            <w:r w:rsidRPr="00851351">
              <w:rPr>
                <w:rFonts w:cs="Times New Roman"/>
                <w:b/>
                <w:sz w:val="22"/>
              </w:rPr>
              <w:t>Vaše napomene ili druge relevantne informacije</w:t>
            </w:r>
          </w:p>
        </w:tc>
      </w:tr>
      <w:tr w:rsidR="003171E1" w:rsidRPr="00851351" w14:paraId="4DED5E28" w14:textId="77777777" w:rsidTr="003E235A">
        <w:tblPrEx>
          <w:jc w:val="left"/>
        </w:tblPrEx>
        <w:trPr>
          <w:trHeight w:val="2426"/>
        </w:trPr>
        <w:tc>
          <w:tcPr>
            <w:tcW w:w="10546" w:type="dxa"/>
            <w:gridSpan w:val="4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001C04B6" w14:textId="77777777" w:rsidR="003171E1" w:rsidRPr="00851351" w:rsidRDefault="00782DB7">
            <w:pPr>
              <w:rPr>
                <w:rFonts w:cs="Times New Roman"/>
                <w:sz w:val="22"/>
              </w:rPr>
            </w:pPr>
            <w:r w:rsidRPr="00851351">
              <w:rPr>
                <w:rFonts w:cs="Times New Roman"/>
                <w:sz w:val="22"/>
              </w:rPr>
              <w:br/>
            </w:r>
          </w:p>
        </w:tc>
      </w:tr>
    </w:tbl>
    <w:p w14:paraId="26420C89" w14:textId="77777777" w:rsidR="003171E1" w:rsidRPr="00851351" w:rsidRDefault="00782DB7">
      <w:pPr>
        <w:spacing w:before="60" w:after="40"/>
        <w:rPr>
          <w:rFonts w:cs="Times New Roman"/>
          <w:i/>
          <w:sz w:val="22"/>
        </w:rPr>
      </w:pPr>
      <w:r w:rsidRPr="00851351">
        <w:rPr>
          <w:rFonts w:cs="Times New Roman"/>
          <w:i/>
          <w:sz w:val="22"/>
        </w:rPr>
        <w:t>Molimo Vas da uz upitnik dostavite kopije postojećih sertifikata, ukoliko ih posedujete, i popunite posebne dodatke upitniku za standarde za koje su Vam dostavljeni.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268"/>
        <w:gridCol w:w="5268"/>
      </w:tblGrid>
      <w:tr w:rsidR="003171E1" w:rsidRPr="00851351" w14:paraId="64A50CC9" w14:textId="77777777">
        <w:tc>
          <w:tcPr>
            <w:tcW w:w="5273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4EE7AA20" w14:textId="77777777" w:rsidR="003171E1" w:rsidRPr="00851351" w:rsidRDefault="00782DB7">
            <w:pPr>
              <w:rPr>
                <w:rFonts w:cs="Times New Roman"/>
                <w:sz w:val="22"/>
              </w:rPr>
            </w:pPr>
            <w:r w:rsidRPr="00851351">
              <w:rPr>
                <w:rFonts w:cs="Times New Roman"/>
                <w:sz w:val="22"/>
              </w:rPr>
              <w:t>Ime i funkcija:</w:t>
            </w:r>
          </w:p>
        </w:tc>
        <w:tc>
          <w:tcPr>
            <w:tcW w:w="5273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38A4D6A7" w14:textId="77777777" w:rsidR="00851351" w:rsidRDefault="00851351">
            <w:pPr>
              <w:rPr>
                <w:rFonts w:cs="Times New Roman"/>
                <w:sz w:val="22"/>
              </w:rPr>
            </w:pPr>
          </w:p>
          <w:p w14:paraId="54576217" w14:textId="375AFCE6" w:rsidR="003171E1" w:rsidRDefault="00782DB7">
            <w:pPr>
              <w:rPr>
                <w:rFonts w:cs="Times New Roman"/>
                <w:sz w:val="22"/>
              </w:rPr>
            </w:pPr>
            <w:proofErr w:type="spellStart"/>
            <w:r w:rsidRPr="00851351">
              <w:rPr>
                <w:rFonts w:cs="Times New Roman"/>
                <w:sz w:val="22"/>
              </w:rPr>
              <w:t>Potpis</w:t>
            </w:r>
            <w:proofErr w:type="spellEnd"/>
            <w:r w:rsidRPr="00851351">
              <w:rPr>
                <w:rFonts w:cs="Times New Roman"/>
                <w:sz w:val="22"/>
              </w:rPr>
              <w:t xml:space="preserve"> i datum:</w:t>
            </w:r>
          </w:p>
          <w:p w14:paraId="28767CF8" w14:textId="77777777" w:rsidR="00851351" w:rsidRPr="00851351" w:rsidRDefault="00851351">
            <w:pPr>
              <w:rPr>
                <w:rFonts w:cs="Times New Roman"/>
                <w:sz w:val="22"/>
              </w:rPr>
            </w:pPr>
          </w:p>
        </w:tc>
      </w:tr>
    </w:tbl>
    <w:p w14:paraId="2AE85AEE" w14:textId="77777777" w:rsidR="00782DB7" w:rsidRPr="00851351" w:rsidRDefault="00782DB7">
      <w:pPr>
        <w:rPr>
          <w:rFonts w:cs="Times New Roman"/>
          <w:sz w:val="22"/>
        </w:rPr>
      </w:pPr>
    </w:p>
    <w:sectPr w:rsidR="00782DB7" w:rsidRPr="00851351" w:rsidSect="00034616">
      <w:footerReference w:type="default" r:id="rId10"/>
      <w:pgSz w:w="11906" w:h="16838"/>
      <w:pgMar w:top="624" w:right="680" w:bottom="567" w:left="6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C3253A" w14:textId="77777777" w:rsidR="0091782A" w:rsidRDefault="0091782A">
      <w:pPr>
        <w:spacing w:after="0" w:line="240" w:lineRule="auto"/>
      </w:pPr>
      <w:r>
        <w:separator/>
      </w:r>
    </w:p>
  </w:endnote>
  <w:endnote w:type="continuationSeparator" w:id="0">
    <w:p w14:paraId="1955054C" w14:textId="77777777" w:rsidR="0091782A" w:rsidRDefault="009178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Batang"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7469E8" w14:textId="77777777" w:rsidR="003171E1" w:rsidRDefault="00782DB7">
    <w:pPr>
      <w:pStyle w:val="Footer"/>
      <w:jc w:val="right"/>
    </w:pPr>
    <w:r>
      <w:rPr>
        <w:sz w:val="16"/>
      </w:rPr>
      <w:t xml:space="preserve">F001_opsti   Ver.3.0                                      Strana </w:t>
    </w:r>
    <w:r>
      <w:fldChar w:fldCharType="begin"/>
    </w:r>
    <w:r>
      <w:instrText>PAGE</w:instrText>
    </w:r>
    <w:r>
      <w:fldChar w:fldCharType="separate"/>
    </w:r>
    <w:r w:rsidR="00242457">
      <w:rPr>
        <w:noProof/>
      </w:rPr>
      <w:t>1</w:t>
    </w:r>
    <w:r>
      <w:fldChar w:fldCharType="end"/>
    </w:r>
    <w:r>
      <w:rPr>
        <w:sz w:val="16"/>
      </w:rPr>
      <w:t xml:space="preserve"> od 2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BD7972" w14:textId="77777777" w:rsidR="003171E1" w:rsidRDefault="00782DB7">
    <w:pPr>
      <w:pStyle w:val="Footer"/>
      <w:jc w:val="right"/>
    </w:pPr>
    <w:r>
      <w:rPr>
        <w:sz w:val="16"/>
      </w:rPr>
      <w:t xml:space="preserve">F001_opsti   Ver.3.0                                      Strana </w:t>
    </w:r>
    <w:r>
      <w:fldChar w:fldCharType="begin"/>
    </w:r>
    <w:r>
      <w:instrText>PAGE</w:instrText>
    </w:r>
    <w:r>
      <w:fldChar w:fldCharType="separate"/>
    </w:r>
    <w:r w:rsidR="00242457">
      <w:rPr>
        <w:noProof/>
      </w:rPr>
      <w:t>2</w:t>
    </w:r>
    <w:r>
      <w:fldChar w:fldCharType="end"/>
    </w:r>
    <w:r>
      <w:rPr>
        <w:sz w:val="16"/>
      </w:rPr>
      <w:t xml:space="preserve"> od 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584660" w14:textId="77777777" w:rsidR="0091782A" w:rsidRDefault="0091782A">
      <w:pPr>
        <w:spacing w:after="0" w:line="240" w:lineRule="auto"/>
      </w:pPr>
      <w:r>
        <w:separator/>
      </w:r>
    </w:p>
  </w:footnote>
  <w:footnote w:type="continuationSeparator" w:id="0">
    <w:p w14:paraId="2FF816EA" w14:textId="77777777" w:rsidR="0091782A" w:rsidRDefault="0091782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043100105">
    <w:abstractNumId w:val="8"/>
  </w:num>
  <w:num w:numId="2" w16cid:durableId="976103407">
    <w:abstractNumId w:val="6"/>
  </w:num>
  <w:num w:numId="3" w16cid:durableId="688877284">
    <w:abstractNumId w:val="5"/>
  </w:num>
  <w:num w:numId="4" w16cid:durableId="156195357">
    <w:abstractNumId w:val="4"/>
  </w:num>
  <w:num w:numId="5" w16cid:durableId="211112329">
    <w:abstractNumId w:val="7"/>
  </w:num>
  <w:num w:numId="6" w16cid:durableId="7608275">
    <w:abstractNumId w:val="3"/>
  </w:num>
  <w:num w:numId="7" w16cid:durableId="1449663013">
    <w:abstractNumId w:val="2"/>
  </w:num>
  <w:num w:numId="8" w16cid:durableId="325599428">
    <w:abstractNumId w:val="1"/>
  </w:num>
  <w:num w:numId="9" w16cid:durableId="12731304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7730"/>
    <w:rsid w:val="00006BFB"/>
    <w:rsid w:val="00034616"/>
    <w:rsid w:val="0006063C"/>
    <w:rsid w:val="0015074B"/>
    <w:rsid w:val="00242457"/>
    <w:rsid w:val="0029639D"/>
    <w:rsid w:val="003171E1"/>
    <w:rsid w:val="00326F90"/>
    <w:rsid w:val="003E235A"/>
    <w:rsid w:val="0055704B"/>
    <w:rsid w:val="00782DB7"/>
    <w:rsid w:val="007C5D6A"/>
    <w:rsid w:val="00851351"/>
    <w:rsid w:val="008F7D7E"/>
    <w:rsid w:val="0091782A"/>
    <w:rsid w:val="009456EE"/>
    <w:rsid w:val="00963DDA"/>
    <w:rsid w:val="009F7A0E"/>
    <w:rsid w:val="00AA1D8D"/>
    <w:rsid w:val="00B47730"/>
    <w:rsid w:val="00CB0664"/>
    <w:rsid w:val="00D3300E"/>
    <w:rsid w:val="00F434B0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EC31A07"/>
  <w14:defaultImageDpi w14:val="300"/>
  <w15:docId w15:val="{D6EC2E60-D316-4CC8-9A72-7C03B66BF4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Times New Roman" w:eastAsia="Times New Roman" w:hAnsi="Times New Roman"/>
      <w:sz w:val="18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67271A48-F53E-43F4-8B43-75EB6EEEE9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651</Words>
  <Characters>3711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4354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Sinisa Abramovic</cp:lastModifiedBy>
  <cp:revision>9</cp:revision>
  <dcterms:created xsi:type="dcterms:W3CDTF">2026-08-17T05:30:00Z</dcterms:created>
  <dcterms:modified xsi:type="dcterms:W3CDTF">2026-08-17T09:29:00Z</dcterms:modified>
  <cp:category/>
</cp:coreProperties>
</file>